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ne="http://schemas.microsoft.com/office/word/2006/wordml" xmlns:wpg="http://schemas.microsoft.com/office/word/2010/wordprocessingGroup" xmlns:wps="http://schemas.microsoft.com/office/word/2010/wordprocessingShape" mc:Ignorable="w14 w15 w16se w16cid w16 w16cex w16sdtdh wp14">
  <w:body>
    <w:p w14:paraId="3D117FAE">
      <w:pPr>
        <w:pStyle w:val="SourceLabel"/>
      </w:pPr>
      <w:r>
        <w:rPr>
          <w:rFonts w:ascii="Liberation Sans" w:hAnsi="Liberation Sans" w:eastAsia="ＭＳ 明朝" w:cs="Liberation Sans" w:eastAsiaTheme="minorEastAsia" w:csTheme="minorBidi"/>
          <w:b/>
          <w:bCs/>
          <w:color w:val="326A74"/>
          <w:sz w:val="18"/>
          <w:szCs w:val="22"/>
        </w:rPr>
        <w:t>COMBINED SOURCE REFERENCE</w:t>
      </w:r>
    </w:p>
    <w:p w14:paraId="66B05D3C">
      <w:pPr>
        <w:pStyle w:val="Title"/>
      </w:pPr>
      <w:r>
        <w:rPr>
          <w:rFonts w:ascii="Liberation Sans" w:hAnsi="Liberation Sans" w:eastAsia="ＭＳ ゴシック" w:cs="Liberation Sans" w:asciiTheme="majorHAnsi" w:hAnsiTheme="majorHAnsi" w:eastAsiaTheme="majorEastAsia" w:csTheme="majorBidi"/>
          <w:b/>
          <w:bCs/>
          <w:color w:val="17384A"/>
          <w:spacing w:val="5"/>
          <w:kern w:val="28"/>
          <w:sz w:val="54"/>
          <w:szCs w:val="52"/>
        </w:rPr>
        <w:t>Property Development</w:t>
      </w:r>
      <w:r>
        <w:br w:type="textWrapping"/>
      </w:r>
      <w:r>
        <w:rPr>
          <w:rFonts w:ascii="Liberation Sans" w:hAnsi="Liberation Sans" w:eastAsia="ＭＳ ゴシック" w:cs="Liberation Sans" w:asciiTheme="majorHAnsi" w:hAnsiTheme="majorHAnsi" w:eastAsiaTheme="majorEastAsia" w:csTheme="majorBidi"/>
          <w:b/>
          <w:bCs/>
          <w:color w:val="17384A"/>
          <w:spacing w:val="5"/>
          <w:kern w:val="28"/>
          <w:sz w:val="54"/>
          <w:szCs w:val="52"/>
        </w:rPr>
        <w:t>&amp; Real Estate</w:t>
      </w:r>
      <w:r>
        <w:br w:type="textWrapping"/>
      </w:r>
      <w:r>
        <w:rPr>
          <w:rFonts w:ascii="Liberation Sans" w:hAnsi="Liberation Sans" w:eastAsia="ＭＳ ゴシック" w:cs="Liberation Sans" w:asciiTheme="majorHAnsi" w:hAnsiTheme="majorHAnsi" w:eastAsiaTheme="majorEastAsia" w:csTheme="majorBidi"/>
          <w:b/>
          <w:bCs/>
          <w:color w:val="17384A"/>
          <w:spacing w:val="5"/>
          <w:kern w:val="28"/>
          <w:sz w:val="54"/>
          <w:szCs w:val="52"/>
        </w:rPr>
        <w:t>Business Planning</w:t>
      </w:r>
    </w:p>
    <w:p w14:paraId="4E627DBA">
      <w:pPr>
        <w:pStyle w:val="Subtitle"/>
      </w:pPr>
      <w:r>
        <w:rPr>
          <w:rFonts w:ascii="Liberation Sans" w:hAnsi="Liberation Sans" w:eastAsia="ＭＳ ゴシック" w:cs="Liberation Sans" w:asciiTheme="majorHAnsi" w:hAnsiTheme="majorHAnsi" w:eastAsiaTheme="majorEastAsia" w:csTheme="majorBidi"/>
          <w:i/>
          <w:iCs/>
          <w:color w:val="326A74"/>
          <w:spacing w:val="15"/>
          <w:sz w:val="26"/>
          <w:szCs w:val="24"/>
        </w:rPr>
        <w:t>Guides, feasibility, financial planning and examples</w:t>
      </w:r>
    </w:p>
    <w:p w14:paraId="6A4722F4">
      <w:pPr>
        <w:pStyle w:val="SourceNote"/>
      </w:pPr>
      <w:r>
        <w:rPr>
          <w:rFonts w:ascii="Liberation Sans" w:hAnsi="Liberation Sans" w:eastAsia="ＭＳ 明朝" w:cs="Liberation Sans" w:eastAsiaTheme="minorEastAsia" w:csTheme="minorBidi"/>
          <w:i/>
          <w:iCs/>
          <w:color w:val="5A6870"/>
          <w:sz w:val="18"/>
          <w:szCs w:val="22"/>
        </w:rPr>
        <w:t>Compiled 14 September 2026</w:t>
      </w:r>
    </w:p>
    <w:p w14:paraId="237CDF50">
      <w:pPr>
        <w:pStyle w:val="Heading2"/>
      </w:pPr>
      <w:bookmarkStart w:id="1" w:name="contents"/>
      <w:r>
        <w:rPr>
          <w:rFonts w:ascii="Liberation Sans" w:hAnsi="Liberation Sans" w:eastAsia="ＭＳ ゴシック" w:cs="Liberation Sans" w:asciiTheme="majorHAnsi" w:hAnsiTheme="majorHAnsi" w:eastAsiaTheme="majorEastAsia" w:csTheme="majorBidi"/>
          <w:b/>
          <w:bCs/>
          <w:color w:val="326A74"/>
          <w:sz w:val="28"/>
          <w:szCs w:val="26"/>
        </w:rPr>
        <w:t>Contents</w:t>
      </w:r>
      <w:bookmarkEnd w:id="1"/>
    </w:p>
    <w:p w14:paraId="2D867B2A">
      <w:pPr>
        <w:pStyle w:val="ContentsText"/>
        <w:keepNext/>
        <w:spacing w:before="160"/>
      </w:pPr>
      <w:hyperlink w:anchor="source_1">
        <w:r>
          <w:rPr>
            <w:rFonts w:ascii="Liberation Sans" w:hAnsi="Liberation Sans" w:eastAsia="ＭＳ 明朝" w:cs="Liberation Sans" w:eastAsiaTheme="minorEastAsia" w:csTheme="minorBidi"/>
            <w:color w:val="17384A"/>
            <w:sz w:val="22"/>
            <w:szCs w:val="22"/>
          </w:rPr>
          <w:t xml:space="preserve">01  Australian property development business planning</w:t>
        </w:r>
      </w:hyperlink>
    </w:p>
    <w:p w14:paraId="28F708BB">
      <w:pPr>
        <w:pStyle w:val="SourceNote"/>
      </w:pPr>
      <w:r>
        <w:rPr>
          <w:rFonts w:ascii="Liberation Sans" w:hAnsi="Liberation Sans" w:eastAsia="ＭＳ 明朝" w:cs="Liberation Sans" w:eastAsiaTheme="minorEastAsia" w:csTheme="minorBidi"/>
          <w:i/>
          <w:iCs/>
          <w:color w:val="5A6870"/>
          <w:sz w:val="18"/>
          <w:szCs w:val="22"/>
        </w:rPr>
        <w:t>Smart Business Plans Australia</w:t>
      </w:r>
    </w:p>
    <w:p w14:paraId="5CEE5338">
      <w:pPr>
        <w:pStyle w:val="ContentsText"/>
        <w:keepNext/>
        <w:spacing w:before="160"/>
      </w:pPr>
      <w:hyperlink w:anchor="source_2">
        <w:r>
          <w:rPr>
            <w:rFonts w:ascii="Liberation Sans" w:hAnsi="Liberation Sans" w:eastAsia="ＭＳ 明朝" w:cs="Liberation Sans" w:eastAsiaTheme="minorEastAsia" w:csTheme="minorBidi"/>
            <w:color w:val="17384A"/>
            <w:sz w:val="22"/>
            <w:szCs w:val="22"/>
          </w:rPr>
          <w:t xml:space="preserve">02  Project planning and implementation</w:t>
        </w:r>
      </w:hyperlink>
    </w:p>
    <w:p w14:paraId="58E02445">
      <w:pPr>
        <w:pStyle w:val="SourceNote"/>
      </w:pPr>
      <w:r>
        <w:rPr>
          <w:rFonts w:ascii="Liberation Sans" w:hAnsi="Liberation Sans" w:eastAsia="ＭＳ 明朝" w:cs="Liberation Sans" w:eastAsiaTheme="minorEastAsia" w:csTheme="minorBidi"/>
          <w:i/>
          <w:iCs/>
          <w:color w:val="5A6870"/>
          <w:sz w:val="18"/>
          <w:szCs w:val="22"/>
        </w:rPr>
        <w:t>Developers Research</w:t>
      </w:r>
    </w:p>
    <w:p w14:paraId="56E96B49">
      <w:pPr>
        <w:pStyle w:val="ContentsText"/>
        <w:keepNext/>
        <w:spacing w:before="160"/>
      </w:pPr>
      <w:hyperlink w:anchor="source_3">
        <w:r>
          <w:rPr>
            <w:rFonts w:ascii="Liberation Sans" w:hAnsi="Liberation Sans" w:eastAsia="ＭＳ 明朝" w:cs="Liberation Sans" w:eastAsiaTheme="minorEastAsia" w:csTheme="minorBidi"/>
            <w:color w:val="17384A"/>
            <w:sz w:val="22"/>
            <w:szCs w:val="22"/>
          </w:rPr>
          <w:t xml:space="preserve">03  Real estate business plan templates</w:t>
        </w:r>
      </w:hyperlink>
    </w:p>
    <w:p w14:paraId="67BF8450">
      <w:pPr>
        <w:pStyle w:val="SourceNote"/>
      </w:pPr>
      <w:r>
        <w:rPr>
          <w:rFonts w:ascii="Liberation Sans" w:hAnsi="Liberation Sans" w:eastAsia="ＭＳ 明朝" w:cs="Liberation Sans" w:eastAsiaTheme="minorEastAsia" w:csTheme="minorBidi"/>
          <w:i/>
          <w:iCs/>
          <w:color w:val="5A6870"/>
          <w:sz w:val="18"/>
          <w:szCs w:val="22"/>
        </w:rPr>
        <w:t>Xero AU</w:t>
      </w:r>
    </w:p>
    <w:p w14:paraId="23C744D9">
      <w:pPr>
        <w:pStyle w:val="ContentsText"/>
        <w:keepNext/>
        <w:spacing w:before="160"/>
      </w:pPr>
      <w:hyperlink w:anchor="source_4">
        <w:r>
          <w:rPr>
            <w:rFonts w:ascii="Liberation Sans" w:hAnsi="Liberation Sans" w:eastAsia="ＭＳ 明朝" w:cs="Liberation Sans" w:eastAsiaTheme="minorEastAsia" w:csTheme="minorBidi"/>
            <w:color w:val="17384A"/>
            <w:sz w:val="22"/>
            <w:szCs w:val="22"/>
          </w:rPr>
          <w:t xml:space="preserve">04  Development feasibility and information memorandums</w:t>
        </w:r>
      </w:hyperlink>
    </w:p>
    <w:p w14:paraId="412737F4">
      <w:pPr>
        <w:pStyle w:val="SourceNote"/>
      </w:pPr>
      <w:r>
        <w:rPr>
          <w:rFonts w:ascii="Liberation Sans" w:hAnsi="Liberation Sans" w:eastAsia="ＭＳ 明朝" w:cs="Liberation Sans" w:eastAsiaTheme="minorEastAsia" w:csTheme="minorBidi"/>
          <w:i/>
          <w:iCs/>
          <w:color w:val="5A6870"/>
          <w:sz w:val="18"/>
          <w:szCs w:val="22"/>
        </w:rPr>
        <w:t>Professional Business Plans</w:t>
      </w:r>
    </w:p>
    <w:p w14:paraId="32CA3CEE">
      <w:pPr>
        <w:pStyle w:val="ContentsText"/>
        <w:keepNext/>
        <w:spacing w:before="160"/>
      </w:pPr>
      <w:hyperlink w:anchor="source_5">
        <w:r>
          <w:rPr>
            <w:rFonts w:ascii="Liberation Sans" w:hAnsi="Liberation Sans" w:eastAsia="ＭＳ 明朝" w:cs="Liberation Sans" w:eastAsiaTheme="minorEastAsia" w:csTheme="minorBidi"/>
            <w:color w:val="17384A"/>
            <w:sz w:val="22"/>
            <w:szCs w:val="22"/>
          </w:rPr>
          <w:t xml:space="preserve">05  Real estate business plan examples and writing guidance</w:t>
        </w:r>
      </w:hyperlink>
    </w:p>
    <w:p w14:paraId="06E251D4">
      <w:pPr>
        <w:pStyle w:val="SourceNote"/>
      </w:pPr>
      <w:r>
        <w:rPr>
          <w:rFonts w:ascii="Liberation Sans" w:hAnsi="Liberation Sans" w:eastAsia="ＭＳ 明朝" w:cs="Liberation Sans" w:eastAsiaTheme="minorEastAsia" w:csTheme="minorBidi"/>
          <w:i/>
          <w:iCs/>
          <w:color w:val="5A6870"/>
          <w:sz w:val="18"/>
          <w:szCs w:val="22"/>
        </w:rPr>
        <w:t>Venngage</w:t>
      </w:r>
    </w:p>
    <w:p w14:paraId="1851FC92">
      <w:pPr>
        <w:pStyle w:val="ContentsText"/>
        <w:keepNext/>
        <w:spacing w:before="160"/>
      </w:pPr>
      <w:hyperlink w:anchor="appendix">
        <w:r>
          <w:rPr>
            <w:rFonts w:ascii="Liberation Sans" w:hAnsi="Liberation Sans" w:eastAsia="ＭＳ 明朝" w:cs="Liberation Sans" w:eastAsiaTheme="minorEastAsia" w:csTheme="minorBidi"/>
            <w:color w:val="17384A"/>
            <w:sz w:val="22"/>
            <w:szCs w:val="22"/>
          </w:rPr>
          <w:t xml:space="preserve">Appendix  Source register and website material</w:t>
        </w:r>
      </w:hyperlink>
    </w:p>
    <w:p w14:paraId="34F03346">
      <w:pPr>
        <w:pStyle w:val="SourceNote"/>
      </w:pPr>
      <w:r>
        <w:rPr>
          <w:rFonts w:ascii="Liberation Sans" w:hAnsi="Liberation Sans" w:eastAsia="ＭＳ 明朝" w:cs="Liberation Sans" w:eastAsiaTheme="minorEastAsia" w:csTheme="minorBidi"/>
          <w:i/>
          <w:iCs/>
          <w:color w:val="5A6870"/>
          <w:sz w:val="18"/>
          <w:szCs w:val="22"/>
        </w:rPr>
        <w:t>Navigation, form text, image labels and repeated page content</w:t>
      </w:r>
    </w:p>
    <w:p w14:paraId="3BDE0241">
      <w:pPr>
        <w:pageBreakBefore/>
        <w:spacing w:after="120" w:line="269" w:lineRule="auto"/>
      </w:pPr>
      <w:r>
        <w:lastRenderedPageBreak/>
      </w:r>
    </w:p>
    <w:p w14:paraId="19EB6229">
      <w:pPr>
        <w:pStyle w:val="SourceLabel"/>
      </w:pPr>
      <w:r>
        <w:rPr>
          <w:rFonts w:ascii="Liberation Sans" w:hAnsi="Liberation Sans" w:eastAsia="ＭＳ 明朝" w:cs="Liberation Sans" w:eastAsiaTheme="minorEastAsia" w:csTheme="minorBidi"/>
          <w:b/>
          <w:bCs/>
          <w:color w:val="326A74"/>
          <w:sz w:val="18"/>
          <w:szCs w:val="22"/>
        </w:rPr>
        <w:t xml:space="preserve">SOURCE 01  |  SMART BUSINESS PLANS AUSTRALIA</w:t>
      </w:r>
    </w:p>
    <w:p w14:paraId="1B8A9D7C">
      <w:pPr>
        <w:pStyle w:val="Heading1"/>
      </w:pPr>
      <w:bookmarkStart w:id="2" w:name="source_1"/>
      <w:r>
        <w:rPr>
          <w:rFonts w:ascii="Liberation Sans" w:hAnsi="Liberation Sans" w:eastAsia="ＭＳ ゴシック" w:cs="Liberation Sans" w:asciiTheme="majorHAnsi" w:hAnsiTheme="majorHAnsi" w:eastAsiaTheme="majorEastAsia" w:csTheme="majorBidi"/>
          <w:b/>
          <w:bCs/>
          <w:color w:val="17384A"/>
          <w:sz w:val="40"/>
          <w:szCs w:val="28"/>
        </w:rPr>
        <w:t>How to Write an Effective Property Development Business Plan (Australia)</w:t>
      </w:r>
      <w:bookmarkEnd w:id="2"/>
    </w:p>
    <w:p w14:paraId="71B567A0">
      <w:pPr>
        <w:pStyle w:val="SourceNote"/>
      </w:pPr>
      <w:r>
        <w:rPr>
          <w:rFonts w:ascii="Liberation Sans" w:hAnsi="Liberation Sans" w:eastAsia="ＭＳ 明朝" w:cs="Liberation Sans" w:eastAsiaTheme="minorEastAsia" w:csTheme="minorBidi"/>
          <w:i/>
          <w:iCs/>
          <w:color w:val="5A6870"/>
          <w:sz w:val="18"/>
          <w:szCs w:val="22"/>
        </w:rPr>
        <w:t>Market-data reference period: 2023.</w:t>
      </w:r>
    </w:p>
    <w:p w14:paraId="43FF7D1C">
      <w:pPr>
        <w:spacing w:after="120" w:line="269" w:lineRule="auto"/>
      </w:pPr>
      <w:r>
        <w:rPr>
          <w:rFonts w:ascii="Liberation Sans" w:hAnsi="Liberation Sans" w:eastAsia="ＭＳ 明朝" w:cs="Liberation Sans" w:eastAsiaTheme="minorEastAsia" w:csTheme="minorBidi"/>
          <w:color w:val="25343B"/>
          <w:sz w:val="21"/>
          <w:szCs w:val="22"/>
        </w:rPr>
        <w:t>In the lucrative Australian property market, a property development business plan is critical to accessing the funding you need to get your project off the ground. The significance and recent growth of the commercial real estate industry in Australia highlight its profit potential and tax benefits. Whether you’re an experienced investor looking to add to your portfolio or a new entrant to the property development industry, having a clear, professional plan is crucial to navigate the complexities of this competitive space.</w:t>
      </w:r>
    </w:p>
    <w:p w14:paraId="2394BE2D">
      <w:pPr>
        <w:spacing w:after="120" w:line="269" w:lineRule="auto"/>
      </w:pPr>
      <w:r>
        <w:rPr>
          <w:rFonts w:ascii="Liberation Sans" w:hAnsi="Liberation Sans" w:eastAsia="ＭＳ 明朝" w:cs="Liberation Sans" w:eastAsiaTheme="minorEastAsia" w:csTheme="minorBidi"/>
          <w:color w:val="25343B"/>
          <w:sz w:val="21"/>
          <w:szCs w:val="22"/>
        </w:rPr>
        <w:t>This guide will take you through the key components of a property development business plan and provide you with the information you need to turn your property development dreams into a business.</w:t>
      </w:r>
    </w:p>
    <w:p w14:paraId="21E11E8C">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Key takeaways:</w:t>
      </w:r>
    </w:p>
    <w:p w14:paraId="2D7CCB61">
      <w:pPr>
        <w:spacing w:after="120" w:line="269" w:lineRule="auto"/>
      </w:pPr>
      <w:r>
        <w:rPr>
          <w:rFonts w:ascii="Liberation Sans" w:hAnsi="Liberation Sans" w:eastAsia="ＭＳ 明朝" w:cs="Liberation Sans" w:eastAsiaTheme="minorEastAsia" w:csTheme="minorBidi"/>
          <w:b/>
          <w:bCs/>
          <w:color w:val="25343B"/>
          <w:sz w:val="21"/>
          <w:szCs w:val="22"/>
        </w:rPr>
        <w:t xml:space="preserve">Market Intelligence: </w:t>
      </w:r>
      <w:r>
        <w:rPr>
          <w:rFonts w:ascii="Liberation Sans" w:hAnsi="Liberation Sans" w:eastAsia="ＭＳ 明朝" w:cs="Liberation Sans" w:eastAsiaTheme="minorEastAsia" w:csTheme="minorBidi"/>
          <w:color w:val="25343B"/>
          <w:sz w:val="21"/>
          <w:szCs w:val="22"/>
        </w:rPr>
        <w:t>In-depth analysis of the Australian property market is crucial. Use current data from reliable sources to inform your strategy and identify opportunities.</w:t>
      </w:r>
    </w:p>
    <w:p w14:paraId="522E56AC">
      <w:pPr>
        <w:spacing w:after="120" w:line="269" w:lineRule="auto"/>
      </w:pPr>
      <w:r>
        <w:rPr>
          <w:rFonts w:ascii="Liberation Sans" w:hAnsi="Liberation Sans" w:eastAsia="ＭＳ 明朝" w:cs="Liberation Sans" w:eastAsiaTheme="minorEastAsia" w:csTheme="minorBidi"/>
          <w:b/>
          <w:bCs/>
          <w:color w:val="25343B"/>
          <w:sz w:val="21"/>
          <w:szCs w:val="22"/>
        </w:rPr>
        <w:t xml:space="preserve">Financial Foundations: </w:t>
      </w:r>
      <w:r>
        <w:rPr>
          <w:rFonts w:ascii="Liberation Sans" w:hAnsi="Liberation Sans" w:eastAsia="ＭＳ 明朝" w:cs="Liberation Sans" w:eastAsiaTheme="minorEastAsia" w:csTheme="minorBidi"/>
          <w:color w:val="25343B"/>
          <w:sz w:val="21"/>
          <w:szCs w:val="22"/>
        </w:rPr>
        <w:t>Develop comprehensive financial projections and a diverse funding strategy to demonstrate viability and attract investors.</w:t>
      </w:r>
    </w:p>
    <w:p w14:paraId="43D083B8">
      <w:pPr>
        <w:spacing w:after="120" w:line="269" w:lineRule="auto"/>
      </w:pPr>
      <w:r>
        <w:rPr>
          <w:rFonts w:ascii="Liberation Sans" w:hAnsi="Liberation Sans" w:eastAsia="ＭＳ 明朝" w:cs="Liberation Sans" w:eastAsiaTheme="minorEastAsia" w:csTheme="minorBidi"/>
          <w:b/>
          <w:bCs/>
          <w:color w:val="25343B"/>
          <w:sz w:val="21"/>
          <w:szCs w:val="22"/>
        </w:rPr>
        <w:t xml:space="preserve">Sustainability and Flexibility: </w:t>
      </w:r>
      <w:r>
        <w:rPr>
          <w:rFonts w:ascii="Liberation Sans" w:hAnsi="Liberation Sans" w:eastAsia="ＭＳ 明朝" w:cs="Liberation Sans" w:eastAsiaTheme="minorEastAsia" w:csTheme="minorBidi"/>
          <w:color w:val="25343B"/>
          <w:sz w:val="21"/>
          <w:szCs w:val="22"/>
        </w:rPr>
        <w:t>Embrace green building practices and remain adaptable to market changes to differentiate your business in a competitive landscape.</w:t>
      </w:r>
    </w:p>
    <w:p w14:paraId="5992CC2E">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The Australian Property Development Landscape</w:t>
      </w:r>
    </w:p>
    <w:p w14:paraId="1495BE04">
      <w:pPr>
        <w:spacing w:after="120" w:line="269" w:lineRule="auto"/>
      </w:pPr>
      <w:r>
        <w:rPr>
          <w:rFonts w:ascii="Liberation Sans" w:hAnsi="Liberation Sans" w:eastAsia="ＭＳ 明朝" w:cs="Liberation Sans" w:eastAsiaTheme="minorEastAsia" w:csTheme="minorBidi"/>
          <w:color w:val="25343B"/>
          <w:sz w:val="21"/>
          <w:szCs w:val="22"/>
        </w:rPr>
        <w:t>Before we get into the nitty gritty of your property development business plan it’s important to understand the current state of the Australian real estate development industry.</w:t>
      </w:r>
    </w:p>
    <w:p w14:paraId="7036C065">
      <w:pPr>
        <w:spacing w:after="120" w:line="269" w:lineRule="auto"/>
      </w:pPr>
      <w:r>
        <w:rPr>
          <w:rFonts w:ascii="Liberation Sans" w:hAnsi="Liberation Sans" w:eastAsia="ＭＳ 明朝" w:cs="Liberation Sans" w:eastAsiaTheme="minorEastAsia" w:csTheme="minorBidi"/>
          <w:color w:val="25343B"/>
          <w:sz w:val="21"/>
          <w:szCs w:val="22"/>
        </w:rPr>
        <w:t>The Australian property market has been remarkable in its resilience and growth over the years with the occasional dip. Cities like Sydney, Melbourne and Brisbane and a growing number of regional areas are the hotspots for commercial property development driven by population growth, urbanisation and a strong economy.</w:t>
      </w:r>
    </w:p>
    <w:p w14:paraId="2EBD0319">
      <w:pPr>
        <w:spacing w:after="120" w:line="269" w:lineRule="auto"/>
      </w:pPr>
      <w:r>
        <w:rPr>
          <w:rFonts w:ascii="Liberation Sans" w:hAnsi="Liberation Sans" w:eastAsia="ＭＳ 明朝" w:cs="Liberation Sans" w:eastAsiaTheme="minorEastAsia" w:csTheme="minorBidi"/>
          <w:color w:val="25343B"/>
          <w:sz w:val="21"/>
          <w:szCs w:val="22"/>
        </w:rPr>
        <w:t>Recent market trends show a growing demand for sustainable and mixed use developments particularly in urban areas. As environmentally conscious buyers become more mainstream green building is no longer a niche but a must have for property development companies. With the rise of remote work properties with flexible living spaces and home office capabilities are now top of the list.</w:t>
      </w:r>
    </w:p>
    <w:p w14:paraId="2B18BCD8">
      <w:pPr>
        <w:spacing w:after="120" w:line="269" w:lineRule="auto"/>
      </w:pPr>
      <w:r>
        <w:rPr>
          <w:rFonts w:ascii="Liberation Sans" w:hAnsi="Liberation Sans" w:eastAsia="ＭＳ 明朝" w:cs="Liberation Sans" w:eastAsiaTheme="minorEastAsia" w:csTheme="minorBidi"/>
          <w:color w:val="25343B"/>
          <w:sz w:val="21"/>
          <w:szCs w:val="22"/>
        </w:rPr>
        <w:t>To stay ahead of the curve research is key. This research should include demographic data, economic indicators and emerging trends that will impact your property development projects. By understanding these factors you can position your business to take advantage of opportunities and mitigate risk.</w:t>
      </w:r>
    </w:p>
    <w:p w14:paraId="6186B738">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Components of a Property Development Business Plan</w:t>
      </w:r>
    </w:p>
    <w:p w14:paraId="3597AA04">
      <w:pPr>
        <w:spacing w:after="120" w:line="269" w:lineRule="auto"/>
      </w:pPr>
      <w:r>
        <w:rPr>
          <w:rFonts w:ascii="Liberation Sans" w:hAnsi="Liberation Sans" w:eastAsia="ＭＳ 明朝" w:cs="Liberation Sans" w:eastAsiaTheme="minorEastAsia" w:csTheme="minorBidi"/>
          <w:color w:val="25343B"/>
          <w:sz w:val="21"/>
          <w:szCs w:val="22"/>
        </w:rPr>
        <w:t>A property development business plan should cover several key areas, here they are:</w:t>
      </w:r>
    </w:p>
    <w:p w14:paraId="1888FDA8">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Executive Summary</w:t>
      </w:r>
    </w:p>
    <w:p w14:paraId="3448025E">
      <w:pPr>
        <w:spacing w:after="120" w:line="269" w:lineRule="auto"/>
      </w:pPr>
      <w:r>
        <w:rPr>
          <w:rFonts w:ascii="Liberation Sans" w:hAnsi="Liberation Sans" w:eastAsia="ＭＳ 明朝" w:cs="Liberation Sans" w:eastAsiaTheme="minorEastAsia" w:csTheme="minorBidi"/>
          <w:color w:val="25343B"/>
          <w:sz w:val="21"/>
          <w:szCs w:val="22"/>
        </w:rPr>
        <w:t>This section is at the front of your business plan but is best written last. The executive summary is a summary of your property development business, your vision, mission and key objectives. It should capture the essence of your business model and entice readers whether they’re potential investors, partners or lenders to read more into your plan.</w:t>
      </w:r>
    </w:p>
    <w:p w14:paraId="56247B6C">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Company Description and Structure</w:t>
      </w:r>
    </w:p>
    <w:p w14:paraId="42133340">
      <w:pPr>
        <w:spacing w:after="120" w:line="269" w:lineRule="auto"/>
      </w:pPr>
      <w:r>
        <w:rPr>
          <w:rFonts w:ascii="Liberation Sans" w:hAnsi="Liberation Sans" w:eastAsia="ＭＳ 明朝" w:cs="Liberation Sans" w:eastAsiaTheme="minorEastAsia" w:csTheme="minorBidi"/>
          <w:color w:val="25343B"/>
          <w:sz w:val="21"/>
          <w:szCs w:val="22"/>
        </w:rPr>
        <w:t>Describe your company’s legal structure, is it a sole trader, partnership or company. Explain why you chose this structure and how it benefits your property development business. Include information about your management team, their experience and how their skills work together to drive the business forward.</w:t>
      </w:r>
    </w:p>
    <w:p w14:paraId="4F8E6638">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Market Analysis</w:t>
      </w:r>
    </w:p>
    <w:p w14:paraId="2D6E25BF">
      <w:pPr>
        <w:spacing w:after="120" w:line="269" w:lineRule="auto"/>
      </w:pPr>
      <w:r>
        <w:rPr>
          <w:rFonts w:ascii="Liberation Sans" w:hAnsi="Liberation Sans" w:eastAsia="ＭＳ 明朝" w:cs="Liberation Sans" w:eastAsiaTheme="minorEastAsia" w:csTheme="minorBidi"/>
          <w:color w:val="25343B"/>
          <w:sz w:val="21"/>
          <w:szCs w:val="22"/>
        </w:rPr>
        <w:t>The market analysis is the heart of your property development business plan. This section should show your knowledge of the real estate industry, your target market and your competition.</w:t>
      </w:r>
    </w:p>
    <w:p w14:paraId="52103FD7">
      <w:pPr>
        <w:spacing w:after="120" w:line="269" w:lineRule="auto"/>
      </w:pPr>
      <w:r>
        <w:rPr>
          <w:rFonts w:ascii="Liberation Sans" w:hAnsi="Liberation Sans" w:eastAsia="ＭＳ 明朝" w:cs="Liberation Sans" w:eastAsiaTheme="minorEastAsia" w:csTheme="minorBidi"/>
          <w:color w:val="25343B"/>
          <w:sz w:val="21"/>
          <w:szCs w:val="22"/>
        </w:rPr>
        <w:t>Include:</w:t>
      </w:r>
    </w:p>
    <w:p w14:paraId="379053C9">
      <w:pPr>
        <w:pStyle w:val="SourceNote"/>
        <w:keepNext/>
      </w:pPr>
      <w:r>
        <w:rPr>
          <w:rFonts w:ascii="Liberation Sans" w:hAnsi="Liberation Sans" w:eastAsia="ＭＳ 明朝" w:cs="Liberation Sans" w:eastAsiaTheme="minorEastAsia" w:csTheme="minorBidi"/>
          <w:i/>
          <w:iCs/>
          <w:color w:val="5A6870"/>
          <w:sz w:val="18"/>
          <w:szCs w:val="22"/>
        </w:rPr>
        <w:t>Key Australian Property Market Data for Property Development Business Planning</w:t>
      </w:r>
    </w:p>
    <w:tbl>
      <w:tblPr>
        <w:tblW w:w="0" w:type="auto"/>
        <w:jc w:val="center"/>
        <w:tblBorders>
          <w:top w:val="single" w:sz="4" w:color="D6DFE2"/>
          <w:left w:val="single" w:sz="4" w:color="D6DFE2"/>
          <w:bottom w:val="single" w:sz="4" w:color="D6DFE2"/>
          <w:right w:val="single" w:sz="4" w:color="D6DFE2"/>
          <w:insideH w:val="single" w:sz="4" w:color="D6DFE2"/>
          <w:insideV w:val="single" w:sz="4" w:color="D6DFE2"/>
        </w:tblBorders>
        <w:tblLayout w:type="fixed"/>
        <w:tblCellMar>
          <w:top w:w="0" w:type="dxa"/>
          <w:left w:w="108" w:type="dxa"/>
          <w:bottom w:w="0" w:type="dxa"/>
          <w:right w:w="108" w:type="dxa"/>
        </w:tblCellMar>
        <w:tblLook w:firstRow="1" w:firstColumn="1" w:noVBand="1"/>
      </w:tblPr>
      <w:tblGrid>
        <w:gridCol w:w="2045"/>
        <w:gridCol w:w="2016"/>
        <w:gridCol w:w="1872"/>
        <w:gridCol w:w="3813"/>
      </w:tblGrid>
      <w:tr>
        <w:trPr>
          <w:cantSplit/>
          <w:tblHeader/>
        </w:trPr>
        <w:tc>
          <w:tcPr>
            <w:tcW w:w="2045" w:type="dxa"/>
            <w:tcBorders>
              <w:top w:val="single" w:sz="4" w:color="D6DFE2"/>
              <w:left w:val="single" w:sz="4" w:color="D6DFE2"/>
              <w:bottom w:val="single" w:sz="4" w:color="D6DFE2"/>
              <w:right w:val="single" w:sz="4" w:color="D6DFE2"/>
            </w:tcBorders>
            <w:shd w:val="clear" w:fill="17384A"/>
            <w:tcMar>
              <w:top w:w="85" w:type="dxa"/>
              <w:left w:w="105" w:type="dxa"/>
              <w:bottom w:w="85" w:type="dxa"/>
              <w:right w:w="105" w:type="dxa"/>
            </w:tcMar>
            <w:vAlign w:val="center"/>
          </w:tcPr>
          <w:p w14:paraId="14976BA5">
            <w:pPr>
              <w:pStyle w:val="TableText"/>
            </w:pPr>
            <w:r>
              <w:rPr>
                <w:rFonts w:ascii="Liberation Sans" w:hAnsi="Liberation Sans" w:eastAsia="ＭＳ 明朝" w:cs="Liberation Sans" w:eastAsiaTheme="minorEastAsia" w:csTheme="minorBidi"/>
                <w:b/>
                <w:bCs/>
                <w:color w:val="FFFFFF"/>
                <w:sz w:val="18"/>
                <w:szCs w:val="22"/>
              </w:rPr>
              <w:t>Data Point</w:t>
            </w:r>
          </w:p>
        </w:tc>
        <w:tc>
          <w:tcPr>
            <w:tcW w:w="2016" w:type="dxa"/>
            <w:tcBorders>
              <w:top w:val="single" w:sz="4" w:color="D6DFE2"/>
              <w:left w:val="single" w:sz="4" w:color="D6DFE2"/>
              <w:bottom w:val="single" w:sz="4" w:color="D6DFE2"/>
              <w:right w:val="single" w:sz="4" w:color="D6DFE2"/>
            </w:tcBorders>
            <w:shd w:val="clear" w:fill="17384A"/>
            <w:tcMar>
              <w:top w:w="85" w:type="dxa"/>
              <w:left w:w="105" w:type="dxa"/>
              <w:bottom w:w="85" w:type="dxa"/>
              <w:right w:w="105" w:type="dxa"/>
            </w:tcMar>
            <w:vAlign w:val="center"/>
          </w:tcPr>
          <w:p w14:paraId="156E6270">
            <w:pPr>
              <w:pStyle w:val="TableText"/>
            </w:pPr>
            <w:r>
              <w:rPr>
                <w:rFonts w:ascii="Liberation Sans" w:hAnsi="Liberation Sans" w:eastAsia="ＭＳ 明朝" w:cs="Liberation Sans" w:eastAsiaTheme="minorEastAsia" w:csTheme="minorBidi"/>
                <w:b/>
                <w:bCs/>
                <w:color w:val="FFFFFF"/>
                <w:sz w:val="18"/>
                <w:szCs w:val="22"/>
              </w:rPr>
              <w:t>Value</w:t>
            </w:r>
          </w:p>
        </w:tc>
        <w:tc>
          <w:tcPr>
            <w:tcW w:w="1872" w:type="dxa"/>
            <w:tcBorders>
              <w:top w:val="single" w:sz="4" w:color="D6DFE2"/>
              <w:left w:val="single" w:sz="4" w:color="D6DFE2"/>
              <w:bottom w:val="single" w:sz="4" w:color="D6DFE2"/>
              <w:right w:val="single" w:sz="4" w:color="D6DFE2"/>
            </w:tcBorders>
            <w:shd w:val="clear" w:fill="17384A"/>
            <w:tcMar>
              <w:top w:w="85" w:type="dxa"/>
              <w:left w:w="105" w:type="dxa"/>
              <w:bottom w:w="85" w:type="dxa"/>
              <w:right w:w="105" w:type="dxa"/>
            </w:tcMar>
            <w:vAlign w:val="center"/>
          </w:tcPr>
          <w:p w14:paraId="09FE5249">
            <w:pPr>
              <w:pStyle w:val="TableText"/>
            </w:pPr>
            <w:r>
              <w:rPr>
                <w:rFonts w:ascii="Liberation Sans" w:hAnsi="Liberation Sans" w:eastAsia="ＭＳ 明朝" w:cs="Liberation Sans" w:eastAsiaTheme="minorEastAsia" w:csTheme="minorBidi"/>
                <w:b/>
                <w:bCs/>
                <w:color w:val="FFFFFF"/>
                <w:sz w:val="18"/>
                <w:szCs w:val="22"/>
              </w:rPr>
              <w:t>Source</w:t>
            </w:r>
          </w:p>
        </w:tc>
        <w:tc>
          <w:tcPr>
            <w:tcW w:w="3813" w:type="dxa"/>
            <w:tcBorders>
              <w:top w:val="single" w:sz="4" w:color="D6DFE2"/>
              <w:left w:val="single" w:sz="4" w:color="D6DFE2"/>
              <w:bottom w:val="single" w:sz="4" w:color="D6DFE2"/>
              <w:right w:val="single" w:sz="4" w:color="D6DFE2"/>
            </w:tcBorders>
            <w:shd w:val="clear" w:fill="17384A"/>
            <w:tcMar>
              <w:top w:w="85" w:type="dxa"/>
              <w:left w:w="105" w:type="dxa"/>
              <w:bottom w:w="85" w:type="dxa"/>
              <w:right w:w="105" w:type="dxa"/>
            </w:tcMar>
            <w:vAlign w:val="center"/>
          </w:tcPr>
          <w:p w14:paraId="506691C7">
            <w:pPr>
              <w:pStyle w:val="TableText"/>
            </w:pPr>
            <w:r>
              <w:rPr>
                <w:rFonts w:ascii="Liberation Sans" w:hAnsi="Liberation Sans" w:eastAsia="ＭＳ 明朝" w:cs="Liberation Sans" w:eastAsiaTheme="minorEastAsia" w:csTheme="minorBidi"/>
                <w:b/>
                <w:bCs/>
                <w:color w:val="FFFFFF"/>
                <w:sz w:val="18"/>
                <w:szCs w:val="22"/>
              </w:rPr>
              <w:t>Relevance to Property Development</w:t>
            </w:r>
          </w:p>
        </w:tc>
      </w:tr>
      <w:tr>
        <w:trPr>
          <w:cantSplit/>
        </w:trPr>
        <w:tc>
          <w:tcPr>
            <w:tcW w:w="2045"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42050316">
            <w:pPr>
              <w:pStyle w:val="TableText"/>
            </w:pPr>
            <w:r>
              <w:rPr>
                <w:rFonts w:ascii="Liberation Sans" w:hAnsi="Liberation Sans" w:eastAsia="ＭＳ 明朝" w:cs="Liberation Sans" w:eastAsiaTheme="minorEastAsia" w:csTheme="minorBidi"/>
                <w:color w:val="25343B"/>
                <w:sz w:val="18"/>
                <w:szCs w:val="22"/>
              </w:rPr>
              <w:t>Median House Price (Sydney)</w:t>
            </w:r>
          </w:p>
        </w:tc>
        <w:tc>
          <w:tcPr>
            <w:tcW w:w="2016"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5B467F34">
            <w:pPr>
              <w:pStyle w:val="TableText"/>
            </w:pPr>
            <w:r>
              <w:rPr>
                <w:rFonts w:ascii="Liberation Sans" w:hAnsi="Liberation Sans" w:eastAsia="ＭＳ 明朝" w:cs="Liberation Sans" w:eastAsiaTheme="minorEastAsia" w:csTheme="minorBidi"/>
                <w:color w:val="25343B"/>
                <w:sz w:val="18"/>
                <w:szCs w:val="22"/>
              </w:rPr>
              <w:t>$1,205,618 (as of Q2 2023)</w:t>
            </w:r>
          </w:p>
        </w:tc>
        <w:tc>
          <w:tcPr>
            <w:tcW w:w="1872"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283C585D">
            <w:pPr>
              <w:pStyle w:val="TableText"/>
            </w:pPr>
            <w:r>
              <w:rPr>
                <w:rFonts w:ascii="Liberation Sans" w:hAnsi="Liberation Sans" w:eastAsia="ＭＳ 明朝" w:cs="Liberation Sans" w:eastAsiaTheme="minorEastAsia" w:csTheme="minorBidi"/>
                <w:color w:val="25343B"/>
                <w:sz w:val="18"/>
                <w:szCs w:val="22"/>
              </w:rPr>
              <w:t>CoreLogic</w:t>
            </w:r>
          </w:p>
        </w:tc>
        <w:tc>
          <w:tcPr>
            <w:tcW w:w="3813"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2A7FA524">
            <w:pPr>
              <w:pStyle w:val="TableText"/>
            </w:pPr>
            <w:r>
              <w:rPr>
                <w:rFonts w:ascii="Liberation Sans" w:hAnsi="Liberation Sans" w:eastAsia="ＭＳ 明朝" w:cs="Liberation Sans" w:eastAsiaTheme="minorEastAsia" w:csTheme="minorBidi"/>
                <w:color w:val="25343B"/>
                <w:sz w:val="18"/>
                <w:szCs w:val="22"/>
              </w:rPr>
              <w:t>Indicates market value and potential selling prices for new developments</w:t>
            </w:r>
          </w:p>
        </w:tc>
      </w:tr>
      <w:tr>
        <w:trPr>
          <w:cantSplit/>
        </w:trPr>
        <w:tc>
          <w:tcPr>
            <w:tcW w:w="2045"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6C61E7D2">
            <w:pPr>
              <w:pStyle w:val="TableText"/>
            </w:pPr>
            <w:r>
              <w:rPr>
                <w:rFonts w:ascii="Liberation Sans" w:hAnsi="Liberation Sans" w:eastAsia="ＭＳ 明朝" w:cs="Liberation Sans" w:eastAsiaTheme="minorEastAsia" w:csTheme="minorBidi"/>
                <w:color w:val="25343B"/>
                <w:sz w:val="18"/>
                <w:szCs w:val="22"/>
              </w:rPr>
              <w:t>Residential Building Approvals</w:t>
            </w:r>
          </w:p>
        </w:tc>
        <w:tc>
          <w:tcPr>
            <w:tcW w:w="2016"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6EB21D58">
            <w:pPr>
              <w:pStyle w:val="TableText"/>
            </w:pPr>
            <w:r>
              <w:rPr>
                <w:rFonts w:ascii="Liberation Sans" w:hAnsi="Liberation Sans" w:eastAsia="ＭＳ 明朝" w:cs="Liberation Sans" w:eastAsiaTheme="minorEastAsia" w:csTheme="minorBidi"/>
                <w:color w:val="25343B"/>
                <w:sz w:val="18"/>
                <w:szCs w:val="22"/>
              </w:rPr>
              <w:t>14,787 (July 2023)</w:t>
            </w:r>
          </w:p>
        </w:tc>
        <w:tc>
          <w:tcPr>
            <w:tcW w:w="1872"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7335D3DD">
            <w:pPr>
              <w:pStyle w:val="TableText"/>
            </w:pPr>
            <w:r>
              <w:rPr>
                <w:rFonts w:ascii="Liberation Sans" w:hAnsi="Liberation Sans" w:eastAsia="ＭＳ 明朝" w:cs="Liberation Sans" w:eastAsiaTheme="minorEastAsia" w:csTheme="minorBidi"/>
                <w:color w:val="25343B"/>
                <w:sz w:val="18"/>
                <w:szCs w:val="22"/>
              </w:rPr>
              <w:t>Australian Bureau of Statistics</w:t>
            </w:r>
          </w:p>
        </w:tc>
        <w:tc>
          <w:tcPr>
            <w:tcW w:w="3813"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0AD1F4FB">
            <w:pPr>
              <w:pStyle w:val="TableText"/>
            </w:pPr>
            <w:r>
              <w:rPr>
                <w:rFonts w:ascii="Liberation Sans" w:hAnsi="Liberation Sans" w:eastAsia="ＭＳ 明朝" w:cs="Liberation Sans" w:eastAsiaTheme="minorEastAsia" w:csTheme="minorBidi"/>
                <w:color w:val="25343B"/>
                <w:sz w:val="18"/>
                <w:szCs w:val="22"/>
              </w:rPr>
              <w:t>Reflects current development activity and potential market saturation</w:t>
            </w:r>
          </w:p>
        </w:tc>
      </w:tr>
      <w:tr>
        <w:trPr>
          <w:cantSplit/>
        </w:trPr>
        <w:tc>
          <w:tcPr>
            <w:tcW w:w="2045"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67C2B45F">
            <w:pPr>
              <w:pStyle w:val="TableText"/>
            </w:pPr>
            <w:r>
              <w:rPr>
                <w:rFonts w:ascii="Liberation Sans" w:hAnsi="Liberation Sans" w:eastAsia="ＭＳ 明朝" w:cs="Liberation Sans" w:eastAsiaTheme="minorEastAsia" w:csTheme="minorBidi"/>
                <w:color w:val="25343B"/>
                <w:sz w:val="18"/>
                <w:szCs w:val="22"/>
              </w:rPr>
              <w:t>Population Growth Rate</w:t>
            </w:r>
          </w:p>
        </w:tc>
        <w:tc>
          <w:tcPr>
            <w:tcW w:w="2016"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71FFB675">
            <w:pPr>
              <w:pStyle w:val="TableText"/>
            </w:pPr>
            <w:r>
              <w:rPr>
                <w:rFonts w:ascii="Liberation Sans" w:hAnsi="Liberation Sans" w:eastAsia="ＭＳ 明朝" w:cs="Liberation Sans" w:eastAsiaTheme="minorEastAsia" w:csTheme="minorBidi"/>
                <w:color w:val="25343B"/>
                <w:sz w:val="18"/>
                <w:szCs w:val="22"/>
              </w:rPr>
              <w:t>1.1% (year ending 31 March 2023)</w:t>
            </w:r>
          </w:p>
        </w:tc>
        <w:tc>
          <w:tcPr>
            <w:tcW w:w="1872"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7AAE645E">
            <w:pPr>
              <w:pStyle w:val="TableText"/>
            </w:pPr>
            <w:r>
              <w:rPr>
                <w:rFonts w:ascii="Liberation Sans" w:hAnsi="Liberation Sans" w:eastAsia="ＭＳ 明朝" w:cs="Liberation Sans" w:eastAsiaTheme="minorEastAsia" w:csTheme="minorBidi"/>
                <w:color w:val="25343B"/>
                <w:sz w:val="18"/>
                <w:szCs w:val="22"/>
              </w:rPr>
              <w:t>Australian Bureau of Statistics</w:t>
            </w:r>
          </w:p>
        </w:tc>
        <w:tc>
          <w:tcPr>
            <w:tcW w:w="3813"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62567E31">
            <w:pPr>
              <w:pStyle w:val="TableText"/>
            </w:pPr>
            <w:r>
              <w:rPr>
                <w:rFonts w:ascii="Liberation Sans" w:hAnsi="Liberation Sans" w:eastAsia="ＭＳ 明朝" w:cs="Liberation Sans" w:eastAsiaTheme="minorEastAsia" w:csTheme="minorBidi"/>
                <w:color w:val="25343B"/>
                <w:sz w:val="18"/>
                <w:szCs w:val="22"/>
              </w:rPr>
              <w:t>Indicates potential demand for new housing and development opportunities</w:t>
            </w:r>
          </w:p>
        </w:tc>
      </w:tr>
      <w:tr>
        <w:trPr>
          <w:cantSplit/>
        </w:trPr>
        <w:tc>
          <w:tcPr>
            <w:tcW w:w="2045"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13765D1E">
            <w:pPr>
              <w:pStyle w:val="TableText"/>
            </w:pPr>
            <w:r>
              <w:rPr>
                <w:rFonts w:ascii="Liberation Sans" w:hAnsi="Liberation Sans" w:eastAsia="ＭＳ 明朝" w:cs="Liberation Sans" w:eastAsiaTheme="minorEastAsia" w:csTheme="minorBidi"/>
                <w:color w:val="25343B"/>
                <w:sz w:val="18"/>
                <w:szCs w:val="22"/>
              </w:rPr>
              <w:t>Green Star Certified Projects</w:t>
            </w:r>
          </w:p>
        </w:tc>
        <w:tc>
          <w:tcPr>
            <w:tcW w:w="2016"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503C6F47">
            <w:pPr>
              <w:pStyle w:val="TableText"/>
            </w:pPr>
            <w:r>
              <w:rPr>
                <w:rFonts w:ascii="Liberation Sans" w:hAnsi="Liberation Sans" w:eastAsia="ＭＳ 明朝" w:cs="Liberation Sans" w:eastAsiaTheme="minorEastAsia" w:csTheme="minorBidi"/>
                <w:color w:val="25343B"/>
                <w:sz w:val="18"/>
                <w:szCs w:val="22"/>
              </w:rPr>
              <w:t>3,000+ (as of 2023)</w:t>
            </w:r>
          </w:p>
        </w:tc>
        <w:tc>
          <w:tcPr>
            <w:tcW w:w="1872"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082A46AA">
            <w:pPr>
              <w:pStyle w:val="TableText"/>
            </w:pPr>
            <w:r>
              <w:rPr>
                <w:rFonts w:ascii="Liberation Sans" w:hAnsi="Liberation Sans" w:eastAsia="ＭＳ 明朝" w:cs="Liberation Sans" w:eastAsiaTheme="minorEastAsia" w:csTheme="minorBidi"/>
                <w:color w:val="25343B"/>
                <w:sz w:val="18"/>
                <w:szCs w:val="22"/>
              </w:rPr>
              <w:t>Green Building Council of Australia</w:t>
            </w:r>
          </w:p>
        </w:tc>
        <w:tc>
          <w:tcPr>
            <w:tcW w:w="3813"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7BC0EA78">
            <w:pPr>
              <w:pStyle w:val="TableText"/>
            </w:pPr>
            <w:r>
              <w:rPr>
                <w:rFonts w:ascii="Liberation Sans" w:hAnsi="Liberation Sans" w:eastAsia="ＭＳ 明朝" w:cs="Liberation Sans" w:eastAsiaTheme="minorEastAsia" w:csTheme="minorBidi"/>
                <w:color w:val="25343B"/>
                <w:sz w:val="18"/>
                <w:szCs w:val="22"/>
              </w:rPr>
              <w:t>Shows trend towards sustainable development and potential market differentiation</w:t>
            </w:r>
          </w:p>
        </w:tc>
      </w:tr>
      <w:tr>
        <w:trPr>
          <w:cantSplit/>
        </w:trPr>
        <w:tc>
          <w:tcPr>
            <w:tcW w:w="2045"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50220C39">
            <w:pPr>
              <w:pStyle w:val="TableText"/>
            </w:pPr>
            <w:r>
              <w:rPr>
                <w:rFonts w:ascii="Liberation Sans" w:hAnsi="Liberation Sans" w:eastAsia="ＭＳ 明朝" w:cs="Liberation Sans" w:eastAsiaTheme="minorEastAsia" w:csTheme="minorBidi"/>
                <w:color w:val="25343B"/>
                <w:sz w:val="18"/>
                <w:szCs w:val="22"/>
              </w:rPr>
              <w:t>Cash Rate</w:t>
            </w:r>
          </w:p>
        </w:tc>
        <w:tc>
          <w:tcPr>
            <w:tcW w:w="2016"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2F1AB4CB">
            <w:pPr>
              <w:pStyle w:val="TableText"/>
            </w:pPr>
            <w:r>
              <w:rPr>
                <w:rFonts w:ascii="Liberation Sans" w:hAnsi="Liberation Sans" w:eastAsia="ＭＳ 明朝" w:cs="Liberation Sans" w:eastAsiaTheme="minorEastAsia" w:csTheme="minorBidi"/>
                <w:color w:val="25343B"/>
                <w:sz w:val="18"/>
                <w:szCs w:val="22"/>
              </w:rPr>
              <w:t>4.35% (as of November 2023)</w:t>
            </w:r>
          </w:p>
        </w:tc>
        <w:tc>
          <w:tcPr>
            <w:tcW w:w="1872"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782237D1">
            <w:pPr>
              <w:pStyle w:val="TableText"/>
            </w:pPr>
            <w:r>
              <w:rPr>
                <w:rFonts w:ascii="Liberation Sans" w:hAnsi="Liberation Sans" w:eastAsia="ＭＳ 明朝" w:cs="Liberation Sans" w:eastAsiaTheme="minorEastAsia" w:csTheme="minorBidi"/>
                <w:color w:val="25343B"/>
                <w:sz w:val="18"/>
                <w:szCs w:val="22"/>
              </w:rPr>
              <w:t>Reserve Bank of Australia</w:t>
            </w:r>
          </w:p>
        </w:tc>
        <w:tc>
          <w:tcPr>
            <w:tcW w:w="3813"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7661B8A3">
            <w:pPr>
              <w:pStyle w:val="TableText"/>
            </w:pPr>
            <w:r>
              <w:rPr>
                <w:rFonts w:ascii="Liberation Sans" w:hAnsi="Liberation Sans" w:eastAsia="ＭＳ 明朝" w:cs="Liberation Sans" w:eastAsiaTheme="minorEastAsia" w:csTheme="minorBidi"/>
                <w:color w:val="25343B"/>
                <w:sz w:val="18"/>
                <w:szCs w:val="22"/>
              </w:rPr>
              <w:t>Impacts borrowing costs and feasibility of property development projects</w:t>
            </w:r>
          </w:p>
        </w:tc>
      </w:tr>
      <w:tr>
        <w:trPr>
          <w:cantSplit/>
        </w:trPr>
        <w:tc>
          <w:tcPr>
            <w:tcW w:w="2045"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05C08AD6">
            <w:pPr>
              <w:pStyle w:val="TableText"/>
            </w:pPr>
            <w:r>
              <w:rPr>
                <w:rFonts w:ascii="Liberation Sans" w:hAnsi="Liberation Sans" w:eastAsia="ＭＳ 明朝" w:cs="Liberation Sans" w:eastAsiaTheme="minorEastAsia" w:csTheme="minorBidi"/>
                <w:color w:val="25343B"/>
                <w:sz w:val="18"/>
                <w:szCs w:val="22"/>
              </w:rPr>
              <w:t>Rental Vacancy Rate (National)</w:t>
            </w:r>
          </w:p>
        </w:tc>
        <w:tc>
          <w:tcPr>
            <w:tcW w:w="2016"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68F666B4">
            <w:pPr>
              <w:pStyle w:val="TableText"/>
            </w:pPr>
            <w:r>
              <w:rPr>
                <w:rFonts w:ascii="Liberation Sans" w:hAnsi="Liberation Sans" w:eastAsia="ＭＳ 明朝" w:cs="Liberation Sans" w:eastAsiaTheme="minorEastAsia" w:csTheme="minorBidi"/>
                <w:color w:val="25343B"/>
                <w:sz w:val="18"/>
                <w:szCs w:val="22"/>
              </w:rPr>
              <w:t>1.0% (October 2023)</w:t>
            </w:r>
          </w:p>
        </w:tc>
        <w:tc>
          <w:tcPr>
            <w:tcW w:w="1872"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3878EB35">
            <w:pPr>
              <w:pStyle w:val="TableText"/>
            </w:pPr>
            <w:r>
              <w:rPr>
                <w:rFonts w:ascii="Liberation Sans" w:hAnsi="Liberation Sans" w:eastAsia="ＭＳ 明朝" w:cs="Liberation Sans" w:eastAsiaTheme="minorEastAsia" w:csTheme="minorBidi"/>
                <w:color w:val="25343B"/>
                <w:sz w:val="18"/>
                <w:szCs w:val="22"/>
              </w:rPr>
              <w:t>SQM Research</w:t>
            </w:r>
          </w:p>
        </w:tc>
        <w:tc>
          <w:tcPr>
            <w:tcW w:w="3813"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35CF9815">
            <w:pPr>
              <w:pStyle w:val="TableText"/>
            </w:pPr>
            <w:r>
              <w:rPr>
                <w:rFonts w:ascii="Liberation Sans" w:hAnsi="Liberation Sans" w:eastAsia="ＭＳ 明朝" w:cs="Liberation Sans" w:eastAsiaTheme="minorEastAsia" w:csTheme="minorBidi"/>
                <w:color w:val="25343B"/>
                <w:sz w:val="18"/>
                <w:szCs w:val="22"/>
              </w:rPr>
              <w:t>Indicates potential demand for rental properties and investment opportunities</w:t>
            </w:r>
          </w:p>
        </w:tc>
      </w:tr>
      <w:tr>
        <w:trPr>
          <w:cantSplit/>
        </w:trPr>
        <w:tc>
          <w:tcPr>
            <w:tcW w:w="2045"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072350D4">
            <w:pPr>
              <w:pStyle w:val="TableText"/>
            </w:pPr>
            <w:r>
              <w:rPr>
                <w:rFonts w:ascii="Liberation Sans" w:hAnsi="Liberation Sans" w:eastAsia="ＭＳ 明朝" w:cs="Liberation Sans" w:eastAsiaTheme="minorEastAsia" w:csTheme="minorBidi"/>
                <w:color w:val="25343B"/>
                <w:sz w:val="18"/>
                <w:szCs w:val="22"/>
              </w:rPr>
              <w:t>Construction Costs (Sydney, Medium-rise Apartments)</w:t>
            </w:r>
          </w:p>
        </w:tc>
        <w:tc>
          <w:tcPr>
            <w:tcW w:w="2016"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7942464E">
            <w:pPr>
              <w:pStyle w:val="TableText"/>
            </w:pPr>
            <w:r>
              <w:rPr>
                <w:rFonts w:ascii="Liberation Sans" w:hAnsi="Liberation Sans" w:eastAsia="ＭＳ 明朝" w:cs="Liberation Sans" w:eastAsiaTheme="minorEastAsia" w:csTheme="minorBidi"/>
                <w:color w:val="25343B"/>
                <w:sz w:val="18"/>
                <w:szCs w:val="22"/>
              </w:rPr>
              <w:t>$2,745 - $3,630 per sqm (2023)</w:t>
            </w:r>
          </w:p>
        </w:tc>
        <w:tc>
          <w:tcPr>
            <w:tcW w:w="1872"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579BD80A">
            <w:pPr>
              <w:pStyle w:val="TableText"/>
            </w:pPr>
            <w:r>
              <w:rPr>
                <w:rFonts w:ascii="Liberation Sans" w:hAnsi="Liberation Sans" w:eastAsia="ＭＳ 明朝" w:cs="Liberation Sans" w:eastAsiaTheme="minorEastAsia" w:csTheme="minorBidi"/>
                <w:color w:val="25343B"/>
                <w:sz w:val="18"/>
                <w:szCs w:val="22"/>
              </w:rPr>
              <w:t>Rider Levett Bucknall</w:t>
            </w:r>
          </w:p>
        </w:tc>
        <w:tc>
          <w:tcPr>
            <w:tcW w:w="3813"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6BF23663">
            <w:pPr>
              <w:pStyle w:val="TableText"/>
            </w:pPr>
            <w:r>
              <w:rPr>
                <w:rFonts w:ascii="Liberation Sans" w:hAnsi="Liberation Sans" w:eastAsia="ＭＳ 明朝" w:cs="Liberation Sans" w:eastAsiaTheme="minorEastAsia" w:csTheme="minorBidi"/>
                <w:color w:val="25343B"/>
                <w:sz w:val="18"/>
                <w:szCs w:val="22"/>
              </w:rPr>
              <w:t>Crucial for budgeting and financial projections in property development</w:t>
            </w:r>
          </w:p>
        </w:tc>
      </w:tr>
    </w:tbl>
    <w:p w14:paraId="2DCEEADD">
      <w:pPr>
        <w:spacing w:before="0" w:after="60" w:line="60" w:lineRule="exact"/>
      </w:pPr>
    </w:p>
    <w:p w14:paraId="0F36D52E">
      <w:pPr>
        <w:spacing w:after="120" w:line="269" w:lineRule="auto"/>
      </w:pPr>
      <w:r>
        <w:rPr>
          <w:rFonts w:ascii="Liberation Sans" w:hAnsi="Liberation Sans" w:eastAsia="ＭＳ 明朝" w:cs="Liberation Sans" w:eastAsiaTheme="minorEastAsia" w:csTheme="minorBidi"/>
          <w:color w:val="25343B"/>
          <w:sz w:val="21"/>
          <w:szCs w:val="22"/>
        </w:rPr>
        <w:t>This will not only inform your business decisions but also show potential stakeholders you know the property development industry and are ready to go.</w:t>
      </w:r>
    </w:p>
    <w:p w14:paraId="373FED93">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Property Development Strategy</w:t>
      </w:r>
    </w:p>
    <w:p w14:paraId="3482CA85">
      <w:pPr>
        <w:spacing w:after="120" w:line="269" w:lineRule="auto"/>
      </w:pPr>
      <w:r>
        <w:rPr>
          <w:rFonts w:ascii="Liberation Sans" w:hAnsi="Liberation Sans" w:eastAsia="ＭＳ 明朝" w:cs="Liberation Sans" w:eastAsiaTheme="minorEastAsia" w:csTheme="minorBidi"/>
          <w:color w:val="25343B"/>
          <w:sz w:val="21"/>
          <w:szCs w:val="22"/>
        </w:rPr>
        <w:t>Describe your property development approach including the types of projects you will undertake (residential, commercial, mixed use developments) and your focus area. Discuss your land acquisition, project management and construction management strategies. Consider:</w:t>
      </w:r>
    </w:p>
    <w:p w14:paraId="42BA2764">
      <w:pPr>
        <w:pStyle w:val="ListBullet"/>
      </w:pPr>
      <w:r>
        <w:rPr>
          <w:rFonts w:ascii="Liberation Sans" w:hAnsi="Liberation Sans" w:eastAsia="ＭＳ 明朝" w:cs="Liberation Sans" w:eastAsiaTheme="minorEastAsia" w:csTheme="minorBidi"/>
          <w:color w:val="25343B"/>
          <w:sz w:val="21"/>
          <w:szCs w:val="22"/>
        </w:rPr>
        <w:t>Site selection criteria and process</w:t>
      </w:r>
    </w:p>
    <w:p w14:paraId="3B29E59D">
      <w:pPr>
        <w:pStyle w:val="ListBullet"/>
      </w:pPr>
      <w:r>
        <w:rPr>
          <w:rFonts w:ascii="Liberation Sans" w:hAnsi="Liberation Sans" w:eastAsia="ＭＳ 明朝" w:cs="Liberation Sans" w:eastAsiaTheme="minorEastAsia" w:csTheme="minorBidi"/>
          <w:color w:val="25343B"/>
          <w:sz w:val="21"/>
          <w:szCs w:val="22"/>
        </w:rPr>
        <w:t>Development process from concept to completion</w:t>
      </w:r>
    </w:p>
    <w:p w14:paraId="408C7D6F">
      <w:pPr>
        <w:pStyle w:val="ListBullet"/>
      </w:pPr>
      <w:r>
        <w:rPr>
          <w:rFonts w:ascii="Liberation Sans" w:hAnsi="Liberation Sans" w:eastAsia="ＭＳ 明朝" w:cs="Liberation Sans" w:eastAsiaTheme="minorEastAsia" w:csTheme="minorBidi"/>
          <w:color w:val="25343B"/>
          <w:sz w:val="21"/>
          <w:szCs w:val="22"/>
        </w:rPr>
        <w:t>Partnerships with architects, contractors and other professionals</w:t>
      </w:r>
    </w:p>
    <w:p w14:paraId="1C39CE2C">
      <w:pPr>
        <w:pStyle w:val="ListBullet"/>
      </w:pPr>
      <w:r>
        <w:rPr>
          <w:rFonts w:ascii="Liberation Sans" w:hAnsi="Liberation Sans" w:eastAsia="ＭＳ 明朝" w:cs="Liberation Sans" w:eastAsiaTheme="minorEastAsia" w:csTheme="minorBidi"/>
          <w:color w:val="25343B"/>
          <w:sz w:val="21"/>
          <w:szCs w:val="22"/>
        </w:rPr>
        <w:t>Getting planning permission and navigating local government</w:t>
      </w:r>
    </w:p>
    <w:p w14:paraId="6887BE64">
      <w:pPr>
        <w:pStyle w:val="ListBullet"/>
      </w:pPr>
      <w:r>
        <w:rPr>
          <w:rFonts w:ascii="Liberation Sans" w:hAnsi="Liberation Sans" w:eastAsia="ＭＳ 明朝" w:cs="Liberation Sans" w:eastAsiaTheme="minorEastAsia" w:csTheme="minorBidi"/>
          <w:color w:val="25343B"/>
          <w:sz w:val="21"/>
          <w:szCs w:val="22"/>
        </w:rPr>
        <w:t>Green building and sustainable design</w:t>
      </w:r>
    </w:p>
    <w:p w14:paraId="51EEC952">
      <w:pPr>
        <w:pStyle w:val="ListBullet"/>
      </w:pPr>
      <w:r>
        <w:rPr>
          <w:rFonts w:ascii="Liberation Sans" w:hAnsi="Liberation Sans" w:eastAsia="ＭＳ 明朝" w:cs="Liberation Sans" w:eastAsiaTheme="minorEastAsia" w:csTheme="minorBidi"/>
          <w:color w:val="25343B"/>
          <w:sz w:val="21"/>
          <w:szCs w:val="22"/>
        </w:rPr>
        <w:t>Risk management at each stage of development</w:t>
      </w:r>
    </w:p>
    <w:p w14:paraId="758FAF16">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Marketing &amp; Sales</w:t>
      </w:r>
    </w:p>
    <w:p w14:paraId="47F0D1B8">
      <w:pPr>
        <w:spacing w:after="120" w:line="269" w:lineRule="auto"/>
      </w:pPr>
      <w:r>
        <w:rPr>
          <w:rFonts w:ascii="Liberation Sans" w:hAnsi="Liberation Sans" w:eastAsia="ＭＳ 明朝" w:cs="Liberation Sans" w:eastAsiaTheme="minorEastAsia" w:csTheme="minorBidi"/>
          <w:color w:val="25343B"/>
          <w:sz w:val="21"/>
          <w:szCs w:val="22"/>
        </w:rPr>
        <w:t>A good marketing strategy is key to attracting buyers or tenants to your developments. Your marketing plan should outline how you will position your properties in the market and reach your target audience. Include:</w:t>
      </w:r>
    </w:p>
    <w:p w14:paraId="3586DB39">
      <w:pPr>
        <w:pStyle w:val="ListBullet"/>
      </w:pPr>
      <w:r>
        <w:rPr>
          <w:rFonts w:ascii="Liberation Sans" w:hAnsi="Liberation Sans" w:eastAsia="ＭＳ 明朝" w:cs="Liberation Sans" w:eastAsiaTheme="minorEastAsia" w:csTheme="minorBidi"/>
          <w:color w:val="25343B"/>
          <w:sz w:val="21"/>
          <w:szCs w:val="22"/>
        </w:rPr>
        <w:t>Branding for your property development company</w:t>
      </w:r>
    </w:p>
    <w:p w14:paraId="1A8A5561">
      <w:pPr>
        <w:pStyle w:val="ListBullet"/>
      </w:pPr>
      <w:r>
        <w:rPr>
          <w:rFonts w:ascii="Liberation Sans" w:hAnsi="Liberation Sans" w:eastAsia="ＭＳ 明朝" w:cs="Liberation Sans" w:eastAsiaTheme="minorEastAsia" w:csTheme="minorBidi"/>
          <w:color w:val="25343B"/>
          <w:sz w:val="21"/>
          <w:szCs w:val="22"/>
        </w:rPr>
        <w:t>Digital marketing, website and social media</w:t>
      </w:r>
    </w:p>
    <w:p w14:paraId="72D1211B">
      <w:pPr>
        <w:pStyle w:val="ListBullet"/>
      </w:pPr>
      <w:r>
        <w:rPr>
          <w:rFonts w:ascii="Liberation Sans" w:hAnsi="Liberation Sans" w:eastAsia="ＭＳ 明朝" w:cs="Liberation Sans" w:eastAsiaTheme="minorEastAsia" w:csTheme="minorBidi"/>
          <w:color w:val="25343B"/>
          <w:sz w:val="21"/>
          <w:szCs w:val="22"/>
        </w:rPr>
        <w:t>Content marketing to establish thought leadership</w:t>
      </w:r>
    </w:p>
    <w:p w14:paraId="44439BB7">
      <w:pPr>
        <w:pStyle w:val="ListBullet"/>
      </w:pPr>
      <w:r>
        <w:rPr>
          <w:rFonts w:ascii="Liberation Sans" w:hAnsi="Liberation Sans" w:eastAsia="ＭＳ 明朝" w:cs="Liberation Sans" w:eastAsiaTheme="minorEastAsia" w:csTheme="minorBidi"/>
          <w:color w:val="25343B"/>
          <w:sz w:val="21"/>
          <w:szCs w:val="22"/>
        </w:rPr>
        <w:t>Networking and relationship building with real estate agents and industry professionals</w:t>
      </w:r>
    </w:p>
    <w:p w14:paraId="5C144AF4">
      <w:pPr>
        <w:pStyle w:val="ListBullet"/>
      </w:pPr>
      <w:r>
        <w:rPr>
          <w:rFonts w:ascii="Liberation Sans" w:hAnsi="Liberation Sans" w:eastAsia="ＭＳ 明朝" w:cs="Liberation Sans" w:eastAsiaTheme="minorEastAsia" w:csTheme="minorBidi"/>
          <w:color w:val="25343B"/>
          <w:sz w:val="21"/>
          <w:szCs w:val="22"/>
        </w:rPr>
        <w:t>Targeted advertising for specific developments</w:t>
      </w:r>
    </w:p>
    <w:p w14:paraId="7CBE2BC4">
      <w:pPr>
        <w:pStyle w:val="ListBullet"/>
      </w:pPr>
      <w:r>
        <w:rPr>
          <w:rFonts w:ascii="Liberation Sans" w:hAnsi="Liberation Sans" w:eastAsia="ＭＳ 明朝" w:cs="Liberation Sans" w:eastAsiaTheme="minorEastAsia" w:csTheme="minorBidi"/>
          <w:color w:val="25343B"/>
          <w:sz w:val="21"/>
          <w:szCs w:val="22"/>
        </w:rPr>
        <w:t>Sales process and customer relationship management</w:t>
      </w:r>
    </w:p>
    <w:p w14:paraId="26EC2310">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Financial Projections and Funding</w:t>
      </w:r>
    </w:p>
    <w:p w14:paraId="49FCE744">
      <w:pPr>
        <w:spacing w:after="120" w:line="269" w:lineRule="auto"/>
      </w:pPr>
      <w:r>
        <w:rPr>
          <w:rFonts w:ascii="Liberation Sans" w:hAnsi="Liberation Sans" w:eastAsia="ＭＳ 明朝" w:cs="Liberation Sans" w:eastAsiaTheme="minorEastAsia" w:csTheme="minorBidi"/>
          <w:color w:val="25343B"/>
          <w:sz w:val="21"/>
          <w:szCs w:val="22"/>
        </w:rPr>
        <w:t>This section is where you demonstrate the financial viability of project as part of your commercial property development loan application, or private investment process:</w:t>
      </w:r>
    </w:p>
    <w:p w14:paraId="538D325E">
      <w:pPr>
        <w:spacing w:after="120" w:line="269" w:lineRule="auto"/>
      </w:pPr>
      <w:r>
        <w:rPr>
          <w:rFonts w:ascii="Liberation Sans" w:hAnsi="Liberation Sans" w:eastAsia="ＭＳ 明朝" w:cs="Liberation Sans" w:eastAsiaTheme="minorEastAsia" w:csTheme="minorBidi"/>
          <w:color w:val="25343B"/>
          <w:sz w:val="21"/>
          <w:szCs w:val="22"/>
        </w:rPr>
        <w:t>Financial Projections:</w:t>
      </w:r>
    </w:p>
    <w:p w14:paraId="5B9C7962">
      <w:pPr>
        <w:pStyle w:val="SourceNote"/>
        <w:keepNext/>
      </w:pPr>
      <w:r>
        <w:rPr>
          <w:rFonts w:ascii="Liberation Sans" w:hAnsi="Liberation Sans" w:eastAsia="ＭＳ 明朝" w:cs="Liberation Sans" w:eastAsiaTheme="minorEastAsia" w:csTheme="minorBidi"/>
          <w:i/>
          <w:iCs/>
          <w:color w:val="5A6870"/>
          <w:sz w:val="18"/>
          <w:szCs w:val="22"/>
        </w:rPr>
        <w:t>Essential Financial Projections for Property Development Business Plan</w:t>
      </w:r>
    </w:p>
    <w:tbl>
      <w:tblPr>
        <w:tblW w:w="0" w:type="auto"/>
        <w:jc w:val="center"/>
        <w:tblBorders>
          <w:top w:val="single" w:sz="4" w:color="D6DFE2"/>
          <w:left w:val="single" w:sz="4" w:color="D6DFE2"/>
          <w:bottom w:val="single" w:sz="4" w:color="D6DFE2"/>
          <w:right w:val="single" w:sz="4" w:color="D6DFE2"/>
          <w:insideH w:val="single" w:sz="4" w:color="D6DFE2"/>
          <w:insideV w:val="single" w:sz="4" w:color="D6DFE2"/>
        </w:tblBorders>
        <w:tblLayout w:type="fixed"/>
        <w:tblCellMar>
          <w:top w:w="0" w:type="dxa"/>
          <w:left w:w="108" w:type="dxa"/>
          <w:bottom w:w="0" w:type="dxa"/>
          <w:right w:w="108" w:type="dxa"/>
        </w:tblCellMar>
        <w:tblLook w:firstRow="1" w:firstColumn="1" w:noVBand="1"/>
      </w:tblPr>
      <w:tblGrid>
        <w:gridCol w:w="2333"/>
        <w:gridCol w:w="7413"/>
      </w:tblGrid>
      <w:tr>
        <w:trPr>
          <w:cantSplit/>
          <w:tblHeader/>
        </w:trPr>
        <w:tc>
          <w:tcPr>
            <w:tcW w:w="2333" w:type="dxa"/>
            <w:tcBorders>
              <w:top w:val="single" w:sz="4" w:color="D6DFE2"/>
              <w:left w:val="single" w:sz="4" w:color="D6DFE2"/>
              <w:bottom w:val="single" w:sz="4" w:color="D6DFE2"/>
              <w:right w:val="single" w:sz="4" w:color="D6DFE2"/>
            </w:tcBorders>
            <w:shd w:val="clear" w:fill="17384A"/>
            <w:tcMar>
              <w:top w:w="85" w:type="dxa"/>
              <w:left w:w="105" w:type="dxa"/>
              <w:bottom w:w="85" w:type="dxa"/>
              <w:right w:w="105" w:type="dxa"/>
            </w:tcMar>
            <w:vAlign w:val="center"/>
          </w:tcPr>
          <w:p w14:paraId="2BDE9726">
            <w:pPr>
              <w:pStyle w:val="TableText"/>
            </w:pPr>
            <w:r>
              <w:rPr>
                <w:rFonts w:ascii="Liberation Sans" w:hAnsi="Liberation Sans" w:eastAsia="ＭＳ 明朝" w:cs="Liberation Sans" w:eastAsiaTheme="minorEastAsia" w:csTheme="minorBidi"/>
                <w:b/>
                <w:bCs/>
                <w:color w:val="FFFFFF"/>
                <w:sz w:val="18"/>
                <w:szCs w:val="22"/>
              </w:rPr>
              <w:t>Financial Component</w:t>
            </w:r>
          </w:p>
        </w:tc>
        <w:tc>
          <w:tcPr>
            <w:tcW w:w="7413" w:type="dxa"/>
            <w:tcBorders>
              <w:top w:val="single" w:sz="4" w:color="D6DFE2"/>
              <w:left w:val="single" w:sz="4" w:color="D6DFE2"/>
              <w:bottom w:val="single" w:sz="4" w:color="D6DFE2"/>
              <w:right w:val="single" w:sz="4" w:color="D6DFE2"/>
            </w:tcBorders>
            <w:shd w:val="clear" w:fill="17384A"/>
            <w:tcMar>
              <w:top w:w="85" w:type="dxa"/>
              <w:left w:w="105" w:type="dxa"/>
              <w:bottom w:w="85" w:type="dxa"/>
              <w:right w:w="105" w:type="dxa"/>
            </w:tcMar>
            <w:vAlign w:val="center"/>
          </w:tcPr>
          <w:p w14:paraId="324AA1E3">
            <w:pPr>
              <w:pStyle w:val="TableText"/>
            </w:pPr>
            <w:r>
              <w:rPr>
                <w:rFonts w:ascii="Liberation Sans" w:hAnsi="Liberation Sans" w:eastAsia="ＭＳ 明朝" w:cs="Liberation Sans" w:eastAsiaTheme="minorEastAsia" w:csTheme="minorBidi"/>
                <w:b/>
                <w:bCs/>
                <w:color w:val="FFFFFF"/>
                <w:sz w:val="18"/>
                <w:szCs w:val="22"/>
              </w:rPr>
              <w:t>Description for Property Development Projects</w:t>
            </w:r>
          </w:p>
        </w:tc>
      </w:tr>
      <w:tr>
        <w:trPr>
          <w:cantSplit/>
        </w:trPr>
        <w:tc>
          <w:tcPr>
            <w:tcW w:w="2333"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4AE92486">
            <w:pPr>
              <w:pStyle w:val="TableText"/>
            </w:pPr>
            <w:r>
              <w:rPr>
                <w:rFonts w:ascii="Liberation Sans" w:hAnsi="Liberation Sans" w:eastAsia="ＭＳ 明朝" w:cs="Liberation Sans" w:eastAsiaTheme="minorEastAsia" w:csTheme="minorBidi"/>
                <w:color w:val="25343B"/>
                <w:sz w:val="18"/>
                <w:szCs w:val="22"/>
              </w:rPr>
              <w:t>Income Statement</w:t>
            </w:r>
          </w:p>
        </w:tc>
        <w:tc>
          <w:tcPr>
            <w:tcW w:w="7413"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58BB2C7F">
            <w:pPr>
              <w:pStyle w:val="TableText"/>
            </w:pPr>
            <w:r>
              <w:rPr>
                <w:rFonts w:ascii="Liberation Sans" w:hAnsi="Liberation Sans" w:eastAsia="ＭＳ 明朝" w:cs="Liberation Sans" w:eastAsiaTheme="minorEastAsia" w:csTheme="minorBidi"/>
                <w:color w:val="25343B"/>
                <w:sz w:val="18"/>
                <w:szCs w:val="22"/>
              </w:rPr>
              <w:t>Projected revenues, expenses, and profits for property developments over 3-5 years</w:t>
            </w:r>
          </w:p>
        </w:tc>
      </w:tr>
      <w:tr>
        <w:trPr>
          <w:cantSplit/>
        </w:trPr>
        <w:tc>
          <w:tcPr>
            <w:tcW w:w="2333"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554F0D90">
            <w:pPr>
              <w:pStyle w:val="TableText"/>
            </w:pPr>
            <w:r>
              <w:rPr>
                <w:rFonts w:ascii="Liberation Sans" w:hAnsi="Liberation Sans" w:eastAsia="ＭＳ 明朝" w:cs="Liberation Sans" w:eastAsiaTheme="minorEastAsia" w:csTheme="minorBidi"/>
                <w:color w:val="25343B"/>
                <w:sz w:val="18"/>
                <w:szCs w:val="22"/>
              </w:rPr>
              <w:t>Cash Flow Statement</w:t>
            </w:r>
          </w:p>
        </w:tc>
        <w:tc>
          <w:tcPr>
            <w:tcW w:w="7413"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49C4B79D">
            <w:pPr>
              <w:pStyle w:val="TableText"/>
            </w:pPr>
            <w:r>
              <w:rPr>
                <w:rFonts w:ascii="Liberation Sans" w:hAnsi="Liberation Sans" w:eastAsia="ＭＳ 明朝" w:cs="Liberation Sans" w:eastAsiaTheme="minorEastAsia" w:csTheme="minorBidi"/>
                <w:color w:val="25343B"/>
                <w:sz w:val="18"/>
                <w:szCs w:val="22"/>
              </w:rPr>
              <w:t>Projected cash inflows and outflows, demonstrating liquidity management for property projects</w:t>
            </w:r>
          </w:p>
        </w:tc>
      </w:tr>
      <w:tr>
        <w:trPr>
          <w:cantSplit/>
        </w:trPr>
        <w:tc>
          <w:tcPr>
            <w:tcW w:w="2333"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6D51AAF4">
            <w:pPr>
              <w:pStyle w:val="TableText"/>
            </w:pPr>
            <w:r>
              <w:rPr>
                <w:rFonts w:ascii="Liberation Sans" w:hAnsi="Liberation Sans" w:eastAsia="ＭＳ 明朝" w:cs="Liberation Sans" w:eastAsiaTheme="minorEastAsia" w:csTheme="minorBidi"/>
                <w:color w:val="25343B"/>
                <w:sz w:val="18"/>
                <w:szCs w:val="22"/>
              </w:rPr>
              <w:t>Balance Sheet</w:t>
            </w:r>
          </w:p>
        </w:tc>
        <w:tc>
          <w:tcPr>
            <w:tcW w:w="7413"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2E16B8B4">
            <w:pPr>
              <w:pStyle w:val="TableText"/>
            </w:pPr>
            <w:r>
              <w:rPr>
                <w:rFonts w:ascii="Liberation Sans" w:hAnsi="Liberation Sans" w:eastAsia="ＭＳ 明朝" w:cs="Liberation Sans" w:eastAsiaTheme="minorEastAsia" w:csTheme="minorBidi"/>
                <w:color w:val="25343B"/>
                <w:sz w:val="18"/>
                <w:szCs w:val="22"/>
              </w:rPr>
              <w:t>Projected assets, liabilities, and equity over time for the property development business</w:t>
            </w:r>
          </w:p>
        </w:tc>
      </w:tr>
      <w:tr>
        <w:trPr>
          <w:cantSplit/>
        </w:trPr>
        <w:tc>
          <w:tcPr>
            <w:tcW w:w="2333"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20104B41">
            <w:pPr>
              <w:pStyle w:val="TableText"/>
            </w:pPr>
            <w:r>
              <w:rPr>
                <w:rFonts w:ascii="Liberation Sans" w:hAnsi="Liberation Sans" w:eastAsia="ＭＳ 明朝" w:cs="Liberation Sans" w:eastAsiaTheme="minorEastAsia" w:csTheme="minorBidi"/>
                <w:color w:val="25343B"/>
                <w:sz w:val="18"/>
                <w:szCs w:val="22"/>
              </w:rPr>
              <w:t>Break-even Analysis</w:t>
            </w:r>
          </w:p>
        </w:tc>
        <w:tc>
          <w:tcPr>
            <w:tcW w:w="7413"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4FD996C3">
            <w:pPr>
              <w:pStyle w:val="TableText"/>
            </w:pPr>
            <w:r>
              <w:rPr>
                <w:rFonts w:ascii="Liberation Sans" w:hAnsi="Liberation Sans" w:eastAsia="ＭＳ 明朝" w:cs="Liberation Sans" w:eastAsiaTheme="minorEastAsia" w:csTheme="minorBidi"/>
                <w:color w:val="25343B"/>
                <w:sz w:val="18"/>
                <w:szCs w:val="22"/>
              </w:rPr>
              <w:t>Point at which your property development business becomes profitable</w:t>
            </w:r>
          </w:p>
        </w:tc>
      </w:tr>
      <w:tr>
        <w:trPr>
          <w:cantSplit/>
        </w:trPr>
        <w:tc>
          <w:tcPr>
            <w:tcW w:w="2333"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5EA92161">
            <w:pPr>
              <w:pStyle w:val="TableText"/>
            </w:pPr>
            <w:r>
              <w:rPr>
                <w:rFonts w:ascii="Liberation Sans" w:hAnsi="Liberation Sans" w:eastAsia="ＭＳ 明朝" w:cs="Liberation Sans" w:eastAsiaTheme="minorEastAsia" w:csTheme="minorBidi"/>
                <w:color w:val="25343B"/>
                <w:sz w:val="18"/>
                <w:szCs w:val="22"/>
              </w:rPr>
              <w:t>Return on Investment (ROI)</w:t>
            </w:r>
          </w:p>
        </w:tc>
        <w:tc>
          <w:tcPr>
            <w:tcW w:w="7413" w:type="dxa"/>
            <w:tcBorders>
              <w:top w:val="single" w:sz="4" w:color="D6DFE2"/>
              <w:left w:val="single" w:sz="4" w:color="D6DFE2"/>
              <w:bottom w:val="single" w:sz="4" w:color="D6DFE2"/>
              <w:right w:val="single" w:sz="4" w:color="D6DFE2"/>
            </w:tcBorders>
            <w:tcMar>
              <w:top w:w="85" w:type="dxa"/>
              <w:left w:w="105" w:type="dxa"/>
              <w:bottom w:w="85" w:type="dxa"/>
              <w:right w:w="105" w:type="dxa"/>
            </w:tcMar>
            <w:vAlign w:val="center"/>
          </w:tcPr>
          <w:p w14:paraId="7B9D4698">
            <w:pPr>
              <w:pStyle w:val="TableText"/>
            </w:pPr>
            <w:r>
              <w:rPr>
                <w:rFonts w:ascii="Liberation Sans" w:hAnsi="Liberation Sans" w:eastAsia="ＭＳ 明朝" w:cs="Liberation Sans" w:eastAsiaTheme="minorEastAsia" w:csTheme="minorBidi"/>
                <w:color w:val="25343B"/>
                <w:sz w:val="18"/>
                <w:szCs w:val="22"/>
              </w:rPr>
              <w:t>Projected returns for various Australian property development projects</w:t>
            </w:r>
          </w:p>
        </w:tc>
      </w:tr>
    </w:tbl>
    <w:p w14:paraId="0DCBE21D">
      <w:pPr>
        <w:spacing w:before="0" w:after="60" w:line="60" w:lineRule="exact"/>
      </w:pPr>
    </w:p>
    <w:p w14:paraId="26D21D95">
      <w:pPr>
        <w:spacing w:after="120" w:line="269" w:lineRule="auto"/>
      </w:pPr>
      <w:r>
        <w:rPr>
          <w:rFonts w:ascii="Liberation Sans" w:hAnsi="Liberation Sans" w:eastAsia="ＭＳ 明朝" w:cs="Liberation Sans" w:eastAsiaTheme="minorEastAsia" w:csTheme="minorBidi"/>
          <w:color w:val="25343B"/>
          <w:sz w:val="21"/>
          <w:szCs w:val="22"/>
        </w:rPr>
        <w:t>And outline your funding strategy which may include:</w:t>
      </w:r>
    </w:p>
    <w:p w14:paraId="3BC45615">
      <w:pPr>
        <w:pStyle w:val="ListBullet"/>
      </w:pPr>
      <w:r>
        <w:rPr>
          <w:rFonts w:ascii="Liberation Sans" w:hAnsi="Liberation Sans" w:eastAsia="ＭＳ 明朝" w:cs="Liberation Sans" w:eastAsiaTheme="minorEastAsia" w:csTheme="minorBidi"/>
          <w:color w:val="25343B"/>
          <w:sz w:val="21"/>
          <w:szCs w:val="22"/>
        </w:rPr>
        <w:t>Personal investment</w:t>
      </w:r>
    </w:p>
    <w:p w14:paraId="2C052DD1">
      <w:pPr>
        <w:pStyle w:val="ListBullet"/>
      </w:pPr>
      <w:r>
        <w:rPr>
          <w:rFonts w:ascii="Liberation Sans" w:hAnsi="Liberation Sans" w:eastAsia="ＭＳ 明朝" w:cs="Liberation Sans" w:eastAsiaTheme="minorEastAsia" w:csTheme="minorBidi"/>
          <w:color w:val="25343B"/>
          <w:sz w:val="21"/>
          <w:szCs w:val="22"/>
        </w:rPr>
        <w:t>Bank loans</w:t>
      </w:r>
    </w:p>
    <w:p w14:paraId="736541E8">
      <w:pPr>
        <w:pStyle w:val="ListBullet"/>
      </w:pPr>
      <w:r>
        <w:rPr>
          <w:rFonts w:ascii="Liberation Sans" w:hAnsi="Liberation Sans" w:eastAsia="ＭＳ 明朝" w:cs="Liberation Sans" w:eastAsiaTheme="minorEastAsia" w:csTheme="minorBidi"/>
          <w:color w:val="25343B"/>
          <w:sz w:val="21"/>
          <w:szCs w:val="22"/>
        </w:rPr>
        <w:t>Private investors or real estate investors</w:t>
      </w:r>
    </w:p>
    <w:p w14:paraId="18DB6C9E">
      <w:pPr>
        <w:pStyle w:val="ListBullet"/>
      </w:pPr>
      <w:r>
        <w:rPr>
          <w:rFonts w:ascii="Liberation Sans" w:hAnsi="Liberation Sans" w:eastAsia="ＭＳ 明朝" w:cs="Liberation Sans" w:eastAsiaTheme="minorEastAsia" w:csTheme="minorBidi"/>
          <w:color w:val="25343B"/>
          <w:sz w:val="21"/>
          <w:szCs w:val="22"/>
        </w:rPr>
        <w:t>Joint ventures or partnerships</w:t>
      </w:r>
    </w:p>
    <w:p w14:paraId="6EA01F90">
      <w:pPr>
        <w:pStyle w:val="ListBullet"/>
      </w:pPr>
      <w:r>
        <w:rPr>
          <w:rFonts w:ascii="Liberation Sans" w:hAnsi="Liberation Sans" w:eastAsia="ＭＳ 明朝" w:cs="Liberation Sans" w:eastAsiaTheme="minorEastAsia" w:csTheme="minorBidi"/>
          <w:color w:val="25343B"/>
          <w:sz w:val="21"/>
          <w:szCs w:val="22"/>
        </w:rPr>
        <w:t>Government grants for sustainable developments</w:t>
      </w:r>
    </w:p>
    <w:p w14:paraId="6ED69FF1">
      <w:pPr>
        <w:spacing w:after="120" w:line="269" w:lineRule="auto"/>
      </w:pPr>
      <w:r>
        <w:rPr>
          <w:rFonts w:ascii="Liberation Sans" w:hAnsi="Liberation Sans" w:eastAsia="ＭＳ 明朝" w:cs="Liberation Sans" w:eastAsiaTheme="minorEastAsia" w:csTheme="minorBidi"/>
          <w:color w:val="25343B"/>
          <w:sz w:val="21"/>
          <w:szCs w:val="22"/>
        </w:rPr>
        <w:t>Make sure you explain how you will fund and manage cash flow through the development process.</w:t>
      </w:r>
    </w:p>
    <w:p w14:paraId="642046C7">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Operational Plan</w:t>
      </w:r>
    </w:p>
    <w:p w14:paraId="1D9F1630">
      <w:pPr>
        <w:spacing w:after="120" w:line="269" w:lineRule="auto"/>
      </w:pPr>
      <w:r>
        <w:rPr>
          <w:rFonts w:ascii="Liberation Sans" w:hAnsi="Liberation Sans" w:eastAsia="ＭＳ 明朝" w:cs="Liberation Sans" w:eastAsiaTheme="minorEastAsia" w:csTheme="minorBidi"/>
          <w:color w:val="25343B"/>
          <w:sz w:val="21"/>
          <w:szCs w:val="22"/>
        </w:rPr>
        <w:t>Describe the day to day operations of your property development business. Include:</w:t>
      </w:r>
    </w:p>
    <w:p w14:paraId="2848D4A9">
      <w:pPr>
        <w:pStyle w:val="ListBullet"/>
      </w:pPr>
      <w:r>
        <w:rPr>
          <w:rFonts w:ascii="Liberation Sans" w:hAnsi="Liberation Sans" w:eastAsia="ＭＳ 明朝" w:cs="Liberation Sans" w:eastAsiaTheme="minorEastAsia" w:csTheme="minorBidi"/>
          <w:color w:val="25343B"/>
          <w:sz w:val="21"/>
          <w:szCs w:val="22"/>
        </w:rPr>
        <w:t>Organisation and key roles within the company</w:t>
      </w:r>
    </w:p>
    <w:p w14:paraId="7A18D91E">
      <w:pPr>
        <w:pStyle w:val="ListBullet"/>
      </w:pPr>
      <w:r>
        <w:rPr>
          <w:rFonts w:ascii="Liberation Sans" w:hAnsi="Liberation Sans" w:eastAsia="ＭＳ 明朝" w:cs="Liberation Sans" w:eastAsiaTheme="minorEastAsia" w:csTheme="minorBidi"/>
          <w:color w:val="25343B"/>
          <w:sz w:val="21"/>
          <w:szCs w:val="22"/>
        </w:rPr>
        <w:t>Systems and processes for project management and quality control</w:t>
      </w:r>
    </w:p>
    <w:p w14:paraId="68F6DD31">
      <w:pPr>
        <w:pStyle w:val="ListBullet"/>
      </w:pPr>
      <w:r>
        <w:rPr>
          <w:rFonts w:ascii="Liberation Sans" w:hAnsi="Liberation Sans" w:eastAsia="ＭＳ 明朝" w:cs="Liberation Sans" w:eastAsiaTheme="minorEastAsia" w:csTheme="minorBidi"/>
          <w:color w:val="25343B"/>
          <w:sz w:val="21"/>
          <w:szCs w:val="22"/>
        </w:rPr>
        <w:t>Technology and software used for business operations and project tracking</w:t>
      </w:r>
    </w:p>
    <w:p w14:paraId="71765102">
      <w:pPr>
        <w:pStyle w:val="ListBullet"/>
      </w:pPr>
      <w:r>
        <w:rPr>
          <w:rFonts w:ascii="Liberation Sans" w:hAnsi="Liberation Sans" w:eastAsia="ＭＳ 明朝" w:cs="Liberation Sans" w:eastAsiaTheme="minorEastAsia" w:csTheme="minorBidi"/>
          <w:color w:val="25343B"/>
          <w:sz w:val="21"/>
          <w:szCs w:val="22"/>
        </w:rPr>
        <w:t>Outsourcing for specialist services (e.g. legal, accounting)</w:t>
      </w:r>
    </w:p>
    <w:p w14:paraId="63BA0C8C">
      <w:pPr>
        <w:pStyle w:val="ListBullet"/>
      </w:pPr>
      <w:r>
        <w:rPr>
          <w:rFonts w:ascii="Liberation Sans" w:hAnsi="Liberation Sans" w:eastAsia="ＭＳ 明朝" w:cs="Liberation Sans" w:eastAsiaTheme="minorEastAsia" w:csTheme="minorBidi"/>
          <w:color w:val="25343B"/>
          <w:sz w:val="21"/>
          <w:szCs w:val="22"/>
        </w:rPr>
        <w:t>Compliance with industry regulations</w:t>
      </w:r>
    </w:p>
    <w:p w14:paraId="055CFCE5">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Risk and Contingency</w:t>
      </w:r>
    </w:p>
    <w:p w14:paraId="4D9596B6">
      <w:pPr>
        <w:spacing w:after="120" w:line="269" w:lineRule="auto"/>
      </w:pPr>
      <w:r>
        <w:rPr>
          <w:rFonts w:ascii="Liberation Sans" w:hAnsi="Liberation Sans" w:eastAsia="ＭＳ 明朝" w:cs="Liberation Sans" w:eastAsiaTheme="minorEastAsia" w:csTheme="minorBidi"/>
          <w:color w:val="25343B"/>
          <w:sz w:val="21"/>
          <w:szCs w:val="22"/>
        </w:rPr>
        <w:t>Property development is risky. Show you are aware of the potential risks and how you will mitigate them. Include:</w:t>
      </w:r>
    </w:p>
    <w:p w14:paraId="1685D85A">
      <w:pPr>
        <w:pStyle w:val="ListBullet"/>
      </w:pPr>
      <w:r>
        <w:rPr>
          <w:rFonts w:ascii="Liberation Sans" w:hAnsi="Liberation Sans" w:eastAsia="ＭＳ 明朝" w:cs="Liberation Sans" w:eastAsiaTheme="minorEastAsia" w:csTheme="minorBidi"/>
          <w:color w:val="25343B"/>
          <w:sz w:val="21"/>
          <w:szCs w:val="22"/>
        </w:rPr>
        <w:t>Market downturns and economic changes</w:t>
      </w:r>
    </w:p>
    <w:p w14:paraId="69173E3E">
      <w:pPr>
        <w:pStyle w:val="ListBullet"/>
      </w:pPr>
      <w:r>
        <w:rPr>
          <w:rFonts w:ascii="Liberation Sans" w:hAnsi="Liberation Sans" w:eastAsia="ＭＳ 明朝" w:cs="Liberation Sans" w:eastAsiaTheme="minorEastAsia" w:csTheme="minorBidi"/>
          <w:color w:val="25343B"/>
          <w:sz w:val="21"/>
          <w:szCs w:val="22"/>
        </w:rPr>
        <w:t>Construction delays and cost blowouts</w:t>
      </w:r>
    </w:p>
    <w:p w14:paraId="73E04CC4">
      <w:pPr>
        <w:pStyle w:val="ListBullet"/>
      </w:pPr>
      <w:r>
        <w:rPr>
          <w:rFonts w:ascii="Liberation Sans" w:hAnsi="Liberation Sans" w:eastAsia="ＭＳ 明朝" w:cs="Liberation Sans" w:eastAsiaTheme="minorEastAsia" w:csTheme="minorBidi"/>
          <w:color w:val="25343B"/>
          <w:sz w:val="21"/>
          <w:szCs w:val="22"/>
        </w:rPr>
        <w:t>Changes in zoning or building codes</w:t>
      </w:r>
    </w:p>
    <w:p w14:paraId="7C96272C">
      <w:pPr>
        <w:pStyle w:val="ListBullet"/>
      </w:pPr>
      <w:r>
        <w:rPr>
          <w:rFonts w:ascii="Liberation Sans" w:hAnsi="Liberation Sans" w:eastAsia="ＭＳ 明朝" w:cs="Liberation Sans" w:eastAsiaTheme="minorEastAsia" w:csTheme="minorBidi"/>
          <w:color w:val="25343B"/>
          <w:sz w:val="21"/>
          <w:szCs w:val="22"/>
        </w:rPr>
        <w:t>Environmental issues or contamination</w:t>
      </w:r>
    </w:p>
    <w:p w14:paraId="468DF284">
      <w:pPr>
        <w:pStyle w:val="ListBullet"/>
      </w:pPr>
      <w:r>
        <w:rPr>
          <w:rFonts w:ascii="Liberation Sans" w:hAnsi="Liberation Sans" w:eastAsia="ＭＳ 明朝" w:cs="Liberation Sans" w:eastAsiaTheme="minorEastAsia" w:csTheme="minorBidi"/>
          <w:color w:val="25343B"/>
          <w:sz w:val="21"/>
          <w:szCs w:val="22"/>
        </w:rPr>
        <w:t>Financing risks and interest rate changes</w:t>
      </w:r>
    </w:p>
    <w:p w14:paraId="7B2D18A2">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Your Exit Strategy</w:t>
      </w:r>
    </w:p>
    <w:p w14:paraId="3CA92E0F">
      <w:pPr>
        <w:spacing w:after="120" w:line="269" w:lineRule="auto"/>
      </w:pPr>
      <w:r>
        <w:rPr>
          <w:rFonts w:ascii="Liberation Sans" w:hAnsi="Liberation Sans" w:eastAsia="ＭＳ 明朝" w:cs="Liberation Sans" w:eastAsiaTheme="minorEastAsia" w:csTheme="minorBidi"/>
          <w:color w:val="25343B"/>
          <w:sz w:val="21"/>
          <w:szCs w:val="22"/>
        </w:rPr>
        <w:t>It may seem premature but including an exit strategy in your business plan shows you are thinking long term. Consider:</w:t>
      </w:r>
    </w:p>
    <w:p w14:paraId="069FE389">
      <w:pPr>
        <w:pStyle w:val="ListBullet"/>
      </w:pPr>
      <w:r>
        <w:rPr>
          <w:rFonts w:ascii="Liberation Sans" w:hAnsi="Liberation Sans" w:eastAsia="ＭＳ 明朝" w:cs="Liberation Sans" w:eastAsiaTheme="minorEastAsia" w:csTheme="minorBidi"/>
          <w:color w:val="25343B"/>
          <w:sz w:val="21"/>
          <w:szCs w:val="22"/>
        </w:rPr>
        <w:t>Selling to a larger property development company</w:t>
      </w:r>
    </w:p>
    <w:p w14:paraId="1AA89966">
      <w:pPr>
        <w:pStyle w:val="ListBullet"/>
      </w:pPr>
      <w:r>
        <w:rPr>
          <w:rFonts w:ascii="Liberation Sans" w:hAnsi="Liberation Sans" w:eastAsia="ＭＳ 明朝" w:cs="Liberation Sans" w:eastAsiaTheme="minorEastAsia" w:csTheme="minorBidi"/>
          <w:color w:val="25343B"/>
          <w:sz w:val="21"/>
          <w:szCs w:val="22"/>
        </w:rPr>
        <w:t>Passing on to family or key staff</w:t>
      </w:r>
    </w:p>
    <w:p w14:paraId="60A27F88">
      <w:pPr>
        <w:pStyle w:val="ListBullet"/>
      </w:pPr>
      <w:r>
        <w:rPr>
          <w:rFonts w:ascii="Liberation Sans" w:hAnsi="Liberation Sans" w:eastAsia="ＭＳ 明朝" w:cs="Liberation Sans" w:eastAsiaTheme="minorEastAsia" w:csTheme="minorBidi"/>
          <w:color w:val="25343B"/>
          <w:sz w:val="21"/>
          <w:szCs w:val="22"/>
        </w:rPr>
        <w:t>Going public with an IPO</w:t>
      </w:r>
    </w:p>
    <w:p w14:paraId="5032FC6A">
      <w:pPr>
        <w:pStyle w:val="ListBullet"/>
      </w:pPr>
      <w:r>
        <w:rPr>
          <w:rFonts w:ascii="Liberation Sans" w:hAnsi="Liberation Sans" w:eastAsia="ＭＳ 明朝" w:cs="Liberation Sans" w:eastAsiaTheme="minorEastAsia" w:csTheme="minorBidi"/>
          <w:color w:val="25343B"/>
          <w:sz w:val="21"/>
          <w:szCs w:val="22"/>
        </w:rPr>
        <w:t>Liquidating and closing the business</w:t>
      </w:r>
    </w:p>
    <w:p w14:paraId="304C867D">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Writing Your Property Development Business Plan</w:t>
      </w:r>
    </w:p>
    <w:p w14:paraId="6AFC88E4">
      <w:pPr>
        <w:spacing w:after="120" w:line="269" w:lineRule="auto"/>
      </w:pPr>
      <w:r>
        <w:rPr>
          <w:rFonts w:ascii="Liberation Sans" w:hAnsi="Liberation Sans" w:eastAsia="ＭＳ 明朝" w:cs="Liberation Sans" w:eastAsiaTheme="minorEastAsia" w:csTheme="minorBidi"/>
          <w:color w:val="25343B"/>
          <w:sz w:val="21"/>
          <w:szCs w:val="22"/>
        </w:rPr>
        <w:t>Now that we have outlined the components, let’s talk about how to write your property development business plan:</w:t>
      </w:r>
    </w:p>
    <w:p w14:paraId="388E72F3">
      <w:pPr>
        <w:spacing w:after="120" w:line="269" w:lineRule="auto"/>
      </w:pPr>
      <w:r>
        <w:rPr>
          <w:rFonts w:ascii="Liberation Sans" w:hAnsi="Liberation Sans" w:eastAsia="ＭＳ 明朝" w:cs="Liberation Sans" w:eastAsiaTheme="minorEastAsia" w:csTheme="minorBidi"/>
          <w:b/>
          <w:bCs/>
          <w:color w:val="25343B"/>
          <w:sz w:val="21"/>
          <w:szCs w:val="22"/>
        </w:rPr>
        <w:t xml:space="preserve">Research First: </w:t>
      </w:r>
      <w:r>
        <w:rPr>
          <w:rFonts w:ascii="Liberation Sans" w:hAnsi="Liberation Sans" w:eastAsia="ＭＳ 明朝" w:cs="Liberation Sans" w:eastAsiaTheme="minorEastAsia" w:csTheme="minorBidi"/>
          <w:color w:val="25343B"/>
          <w:sz w:val="21"/>
          <w:szCs w:val="22"/>
        </w:rPr>
        <w:t>Before you put pen to paper (or fingers to keyboard) do your research on the Australian property market, your target areas and competitors. This will inform everything else.</w:t>
      </w:r>
    </w:p>
    <w:p w14:paraId="7E61515D">
      <w:pPr>
        <w:spacing w:after="120" w:line="269" w:lineRule="auto"/>
      </w:pPr>
      <w:r>
        <w:rPr>
          <w:rFonts w:ascii="Liberation Sans" w:hAnsi="Liberation Sans" w:eastAsia="ＭＳ 明朝" w:cs="Liberation Sans" w:eastAsiaTheme="minorEastAsia" w:csTheme="minorBidi"/>
          <w:b/>
          <w:bCs/>
          <w:color w:val="25343B"/>
          <w:sz w:val="21"/>
          <w:szCs w:val="22"/>
        </w:rPr>
        <w:t xml:space="preserve">Be Realistic: </w:t>
      </w:r>
      <w:r>
        <w:rPr>
          <w:rFonts w:ascii="Liberation Sans" w:hAnsi="Liberation Sans" w:eastAsia="ＭＳ 明朝" w:cs="Liberation Sans" w:eastAsiaTheme="minorEastAsia" w:csTheme="minorBidi"/>
          <w:color w:val="25343B"/>
          <w:sz w:val="21"/>
          <w:szCs w:val="22"/>
        </w:rPr>
        <w:t>While optimism is important, your financials and growth strategy should be based on reality. Use conservative numbers and be prepared to justify them.</w:t>
      </w:r>
    </w:p>
    <w:p w14:paraId="677BE1C6">
      <w:pPr>
        <w:spacing w:after="120" w:line="269" w:lineRule="auto"/>
      </w:pPr>
      <w:r>
        <w:rPr>
          <w:rFonts w:ascii="Liberation Sans" w:hAnsi="Liberation Sans" w:eastAsia="ＭＳ 明朝" w:cs="Liberation Sans" w:eastAsiaTheme="minorEastAsia" w:csTheme="minorBidi"/>
          <w:b/>
          <w:bCs/>
          <w:color w:val="25343B"/>
          <w:sz w:val="21"/>
          <w:szCs w:val="22"/>
        </w:rPr>
        <w:t xml:space="preserve">Focus on Your USP: </w:t>
      </w:r>
      <w:r>
        <w:rPr>
          <w:rFonts w:ascii="Liberation Sans" w:hAnsi="Liberation Sans" w:eastAsia="ＭＳ 明朝" w:cs="Liberation Sans" w:eastAsiaTheme="minorEastAsia" w:csTheme="minorBidi"/>
          <w:color w:val="25343B"/>
          <w:sz w:val="21"/>
          <w:szCs w:val="22"/>
        </w:rPr>
        <w:t>What sets your property development business apart from others? Whether it’s sustainable design, innovative finance or a niche market segment make sure your USP shines through in your plan.</w:t>
      </w:r>
    </w:p>
    <w:p w14:paraId="50C39150">
      <w:pPr>
        <w:spacing w:after="120" w:line="269" w:lineRule="auto"/>
      </w:pPr>
      <w:r>
        <w:rPr>
          <w:rFonts w:ascii="Liberation Sans" w:hAnsi="Liberation Sans" w:eastAsia="ＭＳ 明朝" w:cs="Liberation Sans" w:eastAsiaTheme="minorEastAsia" w:csTheme="minorBidi"/>
          <w:b/>
          <w:bCs/>
          <w:color w:val="25343B"/>
          <w:sz w:val="21"/>
          <w:szCs w:val="22"/>
        </w:rPr>
        <w:t xml:space="preserve">Keep it Professional: </w:t>
      </w:r>
      <w:r>
        <w:rPr>
          <w:rFonts w:ascii="Liberation Sans" w:hAnsi="Liberation Sans" w:eastAsia="ＭＳ 明朝" w:cs="Liberation Sans" w:eastAsiaTheme="minorEastAsia" w:csTheme="minorBidi"/>
          <w:color w:val="25343B"/>
          <w:sz w:val="21"/>
          <w:szCs w:val="22"/>
        </w:rPr>
        <w:t>Your business plan is often the first impression potential investors or partners will have of your company. Make sure it’s well written, professionally formatted and error free.</w:t>
      </w:r>
    </w:p>
    <w:p w14:paraId="56BF79D8">
      <w:pPr>
        <w:spacing w:after="120" w:line="269" w:lineRule="auto"/>
      </w:pPr>
      <w:r>
        <w:rPr>
          <w:rFonts w:ascii="Liberation Sans" w:hAnsi="Liberation Sans" w:eastAsia="ＭＳ 明朝" w:cs="Liberation Sans" w:eastAsiaTheme="minorEastAsia" w:csTheme="minorBidi"/>
          <w:b/>
          <w:bCs/>
          <w:color w:val="25343B"/>
          <w:sz w:val="21"/>
          <w:szCs w:val="22"/>
        </w:rPr>
        <w:t xml:space="preserve">Use Visual Aids: </w:t>
      </w:r>
      <w:r>
        <w:rPr>
          <w:rFonts w:ascii="Liberation Sans" w:hAnsi="Liberation Sans" w:eastAsia="ＭＳ 明朝" w:cs="Liberation Sans" w:eastAsiaTheme="minorEastAsia" w:csTheme="minorBidi"/>
          <w:color w:val="25343B"/>
          <w:sz w:val="21"/>
          <w:szCs w:val="22"/>
        </w:rPr>
        <w:t>Use charts, graphs and tables to present complex information in a easy to read format. This is particularly useful for financials and market analysis data.</w:t>
      </w:r>
    </w:p>
    <w:p w14:paraId="23A3CF40">
      <w:pPr>
        <w:spacing w:after="120" w:line="269" w:lineRule="auto"/>
      </w:pPr>
      <w:r>
        <w:rPr>
          <w:rFonts w:ascii="Liberation Sans" w:hAnsi="Liberation Sans" w:eastAsia="ＭＳ 明朝" w:cs="Liberation Sans" w:eastAsiaTheme="minorEastAsia" w:csTheme="minorBidi"/>
          <w:b/>
          <w:bCs/>
          <w:color w:val="25343B"/>
          <w:sz w:val="21"/>
          <w:szCs w:val="22"/>
        </w:rPr>
        <w:t xml:space="preserve">Get Expert Input: </w:t>
      </w:r>
      <w:r>
        <w:rPr>
          <w:rFonts w:ascii="Liberation Sans" w:hAnsi="Liberation Sans" w:eastAsia="ＭＳ 明朝" w:cs="Liberation Sans" w:eastAsiaTheme="minorEastAsia" w:csTheme="minorBidi"/>
          <w:color w:val="25343B"/>
          <w:sz w:val="21"/>
          <w:szCs w:val="22"/>
        </w:rPr>
        <w:t>Consider having your plan reviewed by industry professionals, real estate consultants, financial advisors or experienced property developers. Their input will be invaluable in refining your strategy.</w:t>
      </w:r>
    </w:p>
    <w:p w14:paraId="2BA1B8BE">
      <w:pPr>
        <w:spacing w:after="120" w:line="269" w:lineRule="auto"/>
      </w:pPr>
      <w:r>
        <w:rPr>
          <w:rFonts w:ascii="Liberation Sans" w:hAnsi="Liberation Sans" w:eastAsia="ＭＳ 明朝" w:cs="Liberation Sans" w:eastAsiaTheme="minorEastAsia" w:csTheme="minorBidi"/>
          <w:b/>
          <w:bCs/>
          <w:color w:val="25343B"/>
          <w:sz w:val="21"/>
          <w:szCs w:val="22"/>
        </w:rPr>
        <w:t xml:space="preserve">Review and Update: </w:t>
      </w:r>
      <w:r>
        <w:rPr>
          <w:rFonts w:ascii="Liberation Sans" w:hAnsi="Liberation Sans" w:eastAsia="ＭＳ 明朝" w:cs="Liberation Sans" w:eastAsiaTheme="minorEastAsia" w:csTheme="minorBidi"/>
          <w:color w:val="25343B"/>
          <w:sz w:val="21"/>
          <w:szCs w:val="22"/>
        </w:rPr>
        <w:t>Your property development business plan should be a living document. Review and update it regularly to reflect changes in the market, your business or your goals.</w:t>
      </w:r>
    </w:p>
    <w:p w14:paraId="45A29972">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Executing Your Property Development Business Plan</w:t>
      </w:r>
    </w:p>
    <w:p w14:paraId="406DC8CB">
      <w:pPr>
        <w:spacing w:after="120" w:line="269" w:lineRule="auto"/>
      </w:pPr>
      <w:r>
        <w:rPr>
          <w:rFonts w:ascii="Liberation Sans" w:hAnsi="Liberation Sans" w:eastAsia="ＭＳ 明朝" w:cs="Liberation Sans" w:eastAsiaTheme="minorEastAsia" w:csTheme="minorBidi"/>
          <w:color w:val="25343B"/>
          <w:sz w:val="21"/>
          <w:szCs w:val="22"/>
        </w:rPr>
        <w:t>Now that you have your business plan, it’s time to put it into action. Here are some key steps to consider as you launch or grow your property development business:</w:t>
      </w:r>
    </w:p>
    <w:p w14:paraId="668A1626">
      <w:pPr>
        <w:spacing w:after="120" w:line="269" w:lineRule="auto"/>
      </w:pPr>
      <w:r>
        <w:rPr>
          <w:rFonts w:ascii="Liberation Sans" w:hAnsi="Liberation Sans" w:eastAsia="ＭＳ 明朝" w:cs="Liberation Sans" w:eastAsiaTheme="minorEastAsia" w:csTheme="minorBidi"/>
          <w:b/>
          <w:bCs/>
          <w:color w:val="25343B"/>
          <w:sz w:val="21"/>
          <w:szCs w:val="22"/>
        </w:rPr>
        <w:t xml:space="preserve">Build Your Network: </w:t>
      </w:r>
      <w:r>
        <w:rPr>
          <w:rFonts w:ascii="Liberation Sans" w:hAnsi="Liberation Sans" w:eastAsia="ＭＳ 明朝" w:cs="Liberation Sans" w:eastAsiaTheme="minorEastAsia" w:csTheme="minorBidi"/>
          <w:color w:val="25343B"/>
          <w:sz w:val="21"/>
          <w:szCs w:val="22"/>
        </w:rPr>
        <w:t>Success in property development is all about relationships. Industry events and professional associations can be a good way to connect with real estate agents, architects or other professionals who can support your projects.</w:t>
      </w:r>
    </w:p>
    <w:p w14:paraId="2541D6FD">
      <w:pPr>
        <w:spacing w:after="120" w:line="269" w:lineRule="auto"/>
      </w:pPr>
      <w:r>
        <w:rPr>
          <w:rFonts w:ascii="Liberation Sans" w:hAnsi="Liberation Sans" w:eastAsia="ＭＳ 明朝" w:cs="Liberation Sans" w:eastAsiaTheme="minorEastAsia" w:csTheme="minorBidi"/>
          <w:b/>
          <w:bCs/>
          <w:color w:val="25343B"/>
          <w:sz w:val="21"/>
          <w:szCs w:val="22"/>
        </w:rPr>
        <w:t xml:space="preserve">Get Funding: </w:t>
      </w:r>
      <w:r>
        <w:rPr>
          <w:rFonts w:ascii="Liberation Sans" w:hAnsi="Liberation Sans" w:eastAsia="ＭＳ 明朝" w:cs="Liberation Sans" w:eastAsiaTheme="minorEastAsia" w:csTheme="minorBidi"/>
          <w:color w:val="25343B"/>
          <w:sz w:val="21"/>
          <w:szCs w:val="22"/>
        </w:rPr>
        <w:t>Use your business plan to approach potential investors or lenders. Be prepared to pitch your vision and demonstrate the viability of your projects.</w:t>
      </w:r>
    </w:p>
    <w:p w14:paraId="45A84F08">
      <w:pPr>
        <w:spacing w:after="120" w:line="269" w:lineRule="auto"/>
      </w:pPr>
      <w:r>
        <w:rPr>
          <w:rFonts w:ascii="Liberation Sans" w:hAnsi="Liberation Sans" w:eastAsia="ＭＳ 明朝" w:cs="Liberation Sans" w:eastAsiaTheme="minorEastAsia" w:csTheme="minorBidi"/>
          <w:b/>
          <w:bCs/>
          <w:color w:val="25343B"/>
          <w:sz w:val="21"/>
          <w:szCs w:val="22"/>
        </w:rPr>
        <w:t xml:space="preserve">Assemble Your Team: </w:t>
      </w:r>
      <w:r>
        <w:rPr>
          <w:rFonts w:ascii="Liberation Sans" w:hAnsi="Liberation Sans" w:eastAsia="ＭＳ 明朝" w:cs="Liberation Sans" w:eastAsiaTheme="minorEastAsia" w:csTheme="minorBidi"/>
          <w:color w:val="25343B"/>
          <w:sz w:val="21"/>
          <w:szCs w:val="22"/>
        </w:rPr>
        <w:t>Recruit experienced professionals who share your vision and can contribute to the success of your developments. This may include project managers, construction managers and marketing specialists.</w:t>
      </w:r>
    </w:p>
    <w:p w14:paraId="0A5B6A23">
      <w:pPr>
        <w:spacing w:after="120" w:line="269" w:lineRule="auto"/>
      </w:pPr>
      <w:r>
        <w:rPr>
          <w:rFonts w:ascii="Liberation Sans" w:hAnsi="Liberation Sans" w:eastAsia="ＭＳ 明朝" w:cs="Liberation Sans" w:eastAsiaTheme="minorEastAsia" w:csTheme="minorBidi"/>
          <w:b/>
          <w:bCs/>
          <w:color w:val="25343B"/>
          <w:sz w:val="21"/>
          <w:szCs w:val="22"/>
        </w:rPr>
        <w:t xml:space="preserve">Develop Your Brand: </w:t>
      </w:r>
      <w:r>
        <w:rPr>
          <w:rFonts w:ascii="Liberation Sans" w:hAnsi="Liberation Sans" w:eastAsia="ＭＳ 明朝" w:cs="Liberation Sans" w:eastAsiaTheme="minorEastAsia" w:csTheme="minorBidi"/>
          <w:color w:val="25343B"/>
          <w:sz w:val="21"/>
          <w:szCs w:val="22"/>
        </w:rPr>
        <w:t>Create a strong brand for your property development company. This includes designing a professional website, developing marketing materials and establishing a presence on relevant social media.</w:t>
      </w:r>
    </w:p>
    <w:p w14:paraId="44AE6FFF">
      <w:pPr>
        <w:spacing w:after="120" w:line="269" w:lineRule="auto"/>
      </w:pPr>
      <w:r>
        <w:rPr>
          <w:rFonts w:ascii="Liberation Sans" w:hAnsi="Liberation Sans" w:eastAsia="ＭＳ 明朝" w:cs="Liberation Sans" w:eastAsiaTheme="minorEastAsia" w:csTheme="minorBidi"/>
          <w:b/>
          <w:bCs/>
          <w:color w:val="25343B"/>
          <w:sz w:val="21"/>
          <w:szCs w:val="22"/>
        </w:rPr>
        <w:t xml:space="preserve">Start Small: </w:t>
      </w:r>
      <w:r>
        <w:rPr>
          <w:rFonts w:ascii="Liberation Sans" w:hAnsi="Liberation Sans" w:eastAsia="ＭＳ 明朝" w:cs="Liberation Sans" w:eastAsiaTheme="minorEastAsia" w:csTheme="minorBidi"/>
          <w:color w:val="25343B"/>
          <w:sz w:val="21"/>
          <w:szCs w:val="22"/>
        </w:rPr>
        <w:t>If you’re new to property development start with smaller projects to build your experience and track record before tackling larger developments.</w:t>
      </w:r>
    </w:p>
    <w:p w14:paraId="48D17B20">
      <w:pPr>
        <w:spacing w:after="120" w:line="269" w:lineRule="auto"/>
      </w:pPr>
      <w:r>
        <w:rPr>
          <w:rFonts w:ascii="Liberation Sans" w:hAnsi="Liberation Sans" w:eastAsia="ＭＳ 明朝" w:cs="Liberation Sans" w:eastAsiaTheme="minorEastAsia" w:csTheme="minorBidi"/>
          <w:b/>
          <w:bCs/>
          <w:color w:val="25343B"/>
          <w:sz w:val="21"/>
          <w:szCs w:val="22"/>
        </w:rPr>
        <w:t xml:space="preserve">Stay Informed: </w:t>
      </w:r>
      <w:r>
        <w:rPr>
          <w:rFonts w:ascii="Liberation Sans" w:hAnsi="Liberation Sans" w:eastAsia="ＭＳ 明朝" w:cs="Liberation Sans" w:eastAsiaTheme="minorEastAsia" w:csTheme="minorBidi"/>
          <w:color w:val="25343B"/>
          <w:sz w:val="21"/>
          <w:szCs w:val="22"/>
        </w:rPr>
        <w:t>Stay up to date with market trends, changes in regulations and emerging technologies that impact your business. Continuous learning is key in the ever changing property development world.</w:t>
      </w:r>
    </w:p>
    <w:p w14:paraId="52A3A8A2">
      <w:pPr>
        <w:spacing w:after="120" w:line="269" w:lineRule="auto"/>
      </w:pPr>
      <w:r>
        <w:rPr>
          <w:rFonts w:ascii="Liberation Sans" w:hAnsi="Liberation Sans" w:eastAsia="ＭＳ 明朝" w:cs="Liberation Sans" w:eastAsiaTheme="minorEastAsia" w:csTheme="minorBidi"/>
          <w:b/>
          <w:bCs/>
          <w:color w:val="25343B"/>
          <w:sz w:val="21"/>
          <w:szCs w:val="22"/>
        </w:rPr>
        <w:t xml:space="preserve">Focus on Quality: </w:t>
      </w:r>
      <w:r>
        <w:rPr>
          <w:rFonts w:ascii="Liberation Sans" w:hAnsi="Liberation Sans" w:eastAsia="ＭＳ 明朝" w:cs="Liberation Sans" w:eastAsiaTheme="minorEastAsia" w:csTheme="minorBidi"/>
          <w:color w:val="25343B"/>
          <w:sz w:val="21"/>
          <w:szCs w:val="22"/>
        </w:rPr>
        <w:t>Build a reputation for delivering quality developments that meet or exceed buyer expectations. This will be critical for long term success and repeat business.</w:t>
      </w:r>
    </w:p>
    <w:p w14:paraId="3D8787E5">
      <w:pPr>
        <w:spacing w:after="120" w:line="269" w:lineRule="auto"/>
      </w:pPr>
      <w:r>
        <w:rPr>
          <w:rFonts w:ascii="Liberation Sans" w:hAnsi="Liberation Sans" w:eastAsia="ＭＳ 明朝" w:cs="Liberation Sans" w:eastAsiaTheme="minorEastAsia" w:csTheme="minorBidi"/>
          <w:b/>
          <w:bCs/>
          <w:color w:val="25343B"/>
          <w:sz w:val="21"/>
          <w:szCs w:val="22"/>
        </w:rPr>
        <w:t xml:space="preserve">Embrace Sustainability: </w:t>
      </w:r>
      <w:r>
        <w:rPr>
          <w:rFonts w:ascii="Liberation Sans" w:hAnsi="Liberation Sans" w:eastAsia="ＭＳ 明朝" w:cs="Liberation Sans" w:eastAsiaTheme="minorEastAsia" w:csTheme="minorBidi"/>
          <w:color w:val="25343B"/>
          <w:sz w:val="21"/>
          <w:szCs w:val="22"/>
        </w:rPr>
        <w:t>As demand for green buildings grows incorporate green building practices into your developments. This will be a key differentiator in the market.</w:t>
      </w:r>
    </w:p>
    <w:p w14:paraId="5B05CDE1">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Getting started</w:t>
      </w:r>
    </w:p>
    <w:p w14:paraId="59A947E6">
      <w:pPr>
        <w:spacing w:after="120" w:line="269" w:lineRule="auto"/>
      </w:pPr>
      <w:r>
        <w:rPr>
          <w:rFonts w:ascii="Liberation Sans" w:hAnsi="Liberation Sans" w:eastAsia="ＭＳ 明朝" w:cs="Liberation Sans" w:eastAsiaTheme="minorEastAsia" w:csTheme="minorBidi"/>
          <w:color w:val="25343B"/>
          <w:sz w:val="21"/>
          <w:szCs w:val="22"/>
        </w:rPr>
        <w:t>A property development business plan is more than a document – it’s a roadmap to success in one of Australia’s most exciting and rewarding industries. By covering all the points we’ve discussed you’ll have a solid plan that guides your business decisions and gives confidence to potential investors, partners and stakeholders.</w:t>
      </w:r>
    </w:p>
    <w:p w14:paraId="26E0E7D0">
      <w:pPr>
        <w:spacing w:after="120" w:line="269" w:lineRule="auto"/>
      </w:pPr>
      <w:r>
        <w:rPr>
          <w:rFonts w:ascii="Liberation Sans" w:hAnsi="Liberation Sans" w:eastAsia="ＭＳ 明朝" w:cs="Liberation Sans" w:eastAsiaTheme="minorEastAsia" w:csTheme="minorBidi"/>
          <w:color w:val="25343B"/>
          <w:sz w:val="21"/>
          <w:szCs w:val="22"/>
        </w:rPr>
        <w:t>Remember, property development is about vision, planning and flexibility. Your business plan should reflect that, showing your understanding of the market, your innovative approach to development and your ability to navigate the industry.</w:t>
      </w:r>
    </w:p>
    <w:p w14:paraId="019E413A">
      <w:pPr>
        <w:spacing w:after="120" w:line="269" w:lineRule="auto"/>
      </w:pPr>
      <w:r>
        <w:rPr>
          <w:rFonts w:ascii="Liberation Sans" w:hAnsi="Liberation Sans" w:eastAsia="ＭＳ 明朝" w:cs="Liberation Sans" w:eastAsiaTheme="minorEastAsia" w:csTheme="minorBidi"/>
          <w:color w:val="25343B"/>
          <w:sz w:val="21"/>
          <w:szCs w:val="22"/>
        </w:rPr>
        <w:t>Now go out there and use your business plan as a guide but keep your mind open to new opportunities and ideas. The Australian property market is full of opportunities for those who are ready, willing and able. With a plan and a commitment to excellence you’ll build not just properties but a legacy in the property development world.</w:t>
      </w:r>
    </w:p>
    <w:p w14:paraId="40AA394B">
      <w:pPr>
        <w:pageBreakBefore/>
        <w:spacing w:after="120" w:line="269" w:lineRule="auto"/>
      </w:pPr>
      <w:r>
        <w:lastRenderedPageBreak/>
      </w:r>
    </w:p>
    <w:p w14:paraId="6218B0B5">
      <w:pPr>
        <w:pStyle w:val="SourceLabel"/>
      </w:pPr>
      <w:r>
        <w:rPr>
          <w:rFonts w:ascii="Liberation Sans" w:hAnsi="Liberation Sans" w:eastAsia="ＭＳ 明朝" w:cs="Liberation Sans" w:eastAsiaTheme="minorEastAsia" w:csTheme="minorBidi"/>
          <w:b/>
          <w:bCs/>
          <w:color w:val="326A74"/>
          <w:sz w:val="18"/>
          <w:szCs w:val="22"/>
        </w:rPr>
        <w:t xml:space="preserve">SOURCE 02  |  DEVELOPERS RESEARCH</w:t>
      </w:r>
    </w:p>
    <w:p w14:paraId="5E4A8085">
      <w:pPr>
        <w:pStyle w:val="Heading1"/>
      </w:pPr>
      <w:bookmarkStart w:id="3" w:name="source_2"/>
      <w:r>
        <w:rPr>
          <w:rFonts w:ascii="Liberation Sans" w:hAnsi="Liberation Sans" w:eastAsia="ＭＳ ゴシック" w:cs="Liberation Sans" w:asciiTheme="majorHAnsi" w:hAnsiTheme="majorHAnsi" w:eastAsiaTheme="majorEastAsia" w:csTheme="majorBidi"/>
          <w:b/>
          <w:bCs/>
          <w:color w:val="17384A"/>
          <w:sz w:val="40"/>
          <w:szCs w:val="28"/>
        </w:rPr>
        <w:t>How To Write a Property Development Business Plan</w:t>
      </w:r>
      <w:bookmarkEnd w:id="3"/>
    </w:p>
    <w:p w14:paraId="4EF131E0">
      <w:pPr>
        <w:spacing w:after="120" w:line="269" w:lineRule="auto"/>
      </w:pPr>
      <w:r>
        <w:rPr>
          <w:rFonts w:ascii="Liberation Sans" w:hAnsi="Liberation Sans" w:eastAsia="ＭＳ 明朝" w:cs="Liberation Sans" w:eastAsiaTheme="minorEastAsia" w:csTheme="minorBidi"/>
          <w:color w:val="25343B"/>
          <w:sz w:val="21"/>
          <w:szCs w:val="22"/>
        </w:rPr>
        <w:t xml:space="preserve">Are you struggling to turn your property development vision into a reality? A comprehensive marketing strategy can be the lacking piece for your puzzle. Visit </w:t>
      </w:r>
      <w:r>
        <w:rPr>
          <w:rFonts w:ascii="Liberation Sans" w:hAnsi="Liberation Sans" w:eastAsia="ＭＳ 明朝" w:cs="Liberation Sans" w:eastAsiaTheme="minorEastAsia" w:csTheme="minorBidi"/>
          <w:i/>
          <w:iCs/>
          <w:color w:val="25343B"/>
          <w:sz w:val="21"/>
          <w:szCs w:val="22"/>
        </w:rPr>
        <w:t>Developers Research</w:t>
      </w:r>
      <w:r>
        <w:rPr>
          <w:rFonts w:ascii="Liberation Sans" w:hAnsi="Liberation Sans" w:eastAsia="ＭＳ 明朝" w:cs="Liberation Sans" w:eastAsiaTheme="minorEastAsia" w:csTheme="minorBidi"/>
          <w:color w:val="25343B"/>
          <w:sz w:val="21"/>
          <w:szCs w:val="22"/>
        </w:rPr>
        <w:t xml:space="preserve"> for more resources and guidance. In this blog you will learn how a well-designed business plan not only saves funding and guides your process but also ensures that every team member is aligned with your goals. You’ll have the insights needed to create a marketing strategy that turns your idea of ??property development into successful projects.</w:t>
      </w:r>
    </w:p>
    <w:p w14:paraId="21209E5F">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What is property development business plan?</w:t>
      </w:r>
    </w:p>
    <w:p w14:paraId="16B0CAF6">
      <w:pPr>
        <w:spacing w:after="120" w:line="269" w:lineRule="auto"/>
      </w:pPr>
      <w:r>
        <w:rPr>
          <w:rFonts w:ascii="Liberation Sans" w:hAnsi="Liberation Sans" w:eastAsia="ＭＳ 明朝" w:cs="Liberation Sans" w:eastAsiaTheme="minorEastAsia" w:csTheme="minorBidi"/>
          <w:color w:val="25343B"/>
          <w:sz w:val="21"/>
          <w:szCs w:val="22"/>
        </w:rPr>
        <w:t>A property development business plan is a detailed document that outlines the plans, objectives, and budget for a real estate development project. It is a holistic approach from land acquisition and financing to the design, construction and marketing of the property. This plan details market research, target audience, development timeline, budget and risk management. A well-designed property development business plan is essential to attracting investors, securing loans, and ensuring the continued profitability and success of the business.</w:t>
      </w:r>
    </w:p>
    <w:p w14:paraId="3A510B94">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Understanding the Market Landscape</w:t>
      </w:r>
    </w:p>
    <w:p w14:paraId="2C3F28EE">
      <w:pPr>
        <w:spacing w:after="120" w:line="269" w:lineRule="auto"/>
      </w:pPr>
      <w:r>
        <w:rPr>
          <w:rFonts w:ascii="Liberation Sans" w:hAnsi="Liberation Sans" w:eastAsia="ＭＳ 明朝" w:cs="Liberation Sans" w:eastAsiaTheme="minorEastAsia" w:csTheme="minorBidi"/>
          <w:color w:val="25343B"/>
          <w:sz w:val="21"/>
          <w:szCs w:val="22"/>
        </w:rPr>
        <w:t>Grasping the intricacies of the market landscape is crucial to drafting a successful property development business plan. Why is this so vital?. Because the foundation of your project rests on accurately identifying and assessing the prevailing market conditions.</w:t>
      </w:r>
    </w:p>
    <w:p w14:paraId="38E1EEB2">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Conducting Market Research</w:t>
      </w:r>
    </w:p>
    <w:p w14:paraId="58DAED67">
      <w:pPr>
        <w:spacing w:after="120" w:line="269" w:lineRule="auto"/>
      </w:pPr>
      <w:r>
        <w:rPr>
          <w:rFonts w:ascii="Liberation Sans" w:hAnsi="Liberation Sans" w:eastAsia="ＭＳ 明朝" w:cs="Liberation Sans" w:eastAsiaTheme="minorEastAsia" w:csTheme="minorBidi"/>
          <w:color w:val="25343B"/>
          <w:sz w:val="21"/>
          <w:szCs w:val="22"/>
        </w:rPr>
        <w:t>Market research isn't just data collection; it's about understanding the heartbeat of the real estate market. Start by analyzing local trends in property values, rental rates, and economic factors. Gather demographic insights to assess which properties might be in demand.</w:t>
      </w:r>
    </w:p>
    <w:p w14:paraId="22BD13FC">
      <w:pPr>
        <w:spacing w:after="120" w:line="269" w:lineRule="auto"/>
      </w:pPr>
      <w:r>
        <w:rPr>
          <w:rFonts w:ascii="Liberation Sans" w:hAnsi="Liberation Sans" w:eastAsia="ＭＳ 明朝" w:cs="Liberation Sans" w:eastAsiaTheme="minorEastAsia" w:csTheme="minorBidi"/>
          <w:color w:val="25343B"/>
          <w:sz w:val="21"/>
          <w:szCs w:val="22"/>
        </w:rPr>
        <w:t>Consider employing surveys, focus groups, or working with local real estate experts to refine your understanding. What are potential buyers or tenants looking for in your area? The answers will guide your entire project strategy.</w:t>
      </w:r>
    </w:p>
    <w:p w14:paraId="45473F01">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Identifying Target Audience</w:t>
      </w:r>
    </w:p>
    <w:p w14:paraId="12D06120">
      <w:pPr>
        <w:spacing w:after="120" w:line="269" w:lineRule="auto"/>
      </w:pPr>
      <w:r>
        <w:rPr>
          <w:rFonts w:ascii="Liberation Sans" w:hAnsi="Liberation Sans" w:eastAsia="ＭＳ 明朝" w:cs="Liberation Sans" w:eastAsiaTheme="minorEastAsia" w:csTheme="minorBidi"/>
          <w:color w:val="25343B"/>
          <w:sz w:val="21"/>
          <w:szCs w:val="22"/>
        </w:rPr>
        <w:t>Pinpointing your target market is a way of defining who could be most interested in your development. Utilize your marketplace studies to understand the demographics, possibilities, and budgets of capability customers. Are they young professionals, families, retirees, or buyers?</w:t>
      </w:r>
    </w:p>
    <w:p w14:paraId="41E51AE8">
      <w:pPr>
        <w:spacing w:after="120" w:line="269" w:lineRule="auto"/>
      </w:pPr>
      <w:r>
        <w:rPr>
          <w:rFonts w:ascii="Liberation Sans" w:hAnsi="Liberation Sans" w:eastAsia="ＭＳ 明朝" w:cs="Liberation Sans" w:eastAsiaTheme="minorEastAsia" w:csTheme="minorBidi"/>
          <w:color w:val="25343B"/>
          <w:sz w:val="21"/>
          <w:szCs w:val="22"/>
        </w:rPr>
        <w:t>This understanding steers the design, marketing, and pricing techniques of your properties, aligning your business goals with market demand. Without a clear target audience, your marketing efforts can also miss the mark, wasting time and resources.</w:t>
      </w:r>
    </w:p>
    <w:p w14:paraId="7D9C9858">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Crafting the Business Plan</w:t>
      </w:r>
    </w:p>
    <w:p w14:paraId="600411B7">
      <w:pPr>
        <w:spacing w:after="120" w:line="269" w:lineRule="auto"/>
      </w:pPr>
      <w:r>
        <w:rPr>
          <w:rFonts w:ascii="Liberation Sans" w:hAnsi="Liberation Sans" w:eastAsia="ＭＳ 明朝" w:cs="Liberation Sans" w:eastAsiaTheme="minorEastAsia" w:csTheme="minorBidi"/>
          <w:color w:val="25343B"/>
          <w:sz w:val="21"/>
          <w:szCs w:val="22"/>
        </w:rPr>
        <w:t>Structuring your business plan involves organizing your insights into a coherent framework. This plan should seamlessly convey the core components of your property development project.</w:t>
      </w:r>
    </w:p>
    <w:p w14:paraId="7A137B50">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Executive Summary</w:t>
      </w:r>
    </w:p>
    <w:p w14:paraId="1F474A0D">
      <w:pPr>
        <w:spacing w:after="120" w:line="269" w:lineRule="auto"/>
      </w:pPr>
      <w:r>
        <w:rPr>
          <w:rFonts w:ascii="Liberation Sans" w:hAnsi="Liberation Sans" w:eastAsia="ＭＳ 明朝" w:cs="Liberation Sans" w:eastAsiaTheme="minorEastAsia" w:csTheme="minorBidi"/>
          <w:color w:val="25343B"/>
          <w:sz w:val="21"/>
          <w:szCs w:val="22"/>
        </w:rPr>
        <w:t>The executive precis is your first impact—it should be compelling and concise. Summarize your enterprise goals, the scope of your project, and the opportunities it affords. Persuade potential traders and partners right from the start by highlighting the unique aspects and benefits of your venture.</w:t>
      </w:r>
    </w:p>
    <w:p w14:paraId="76D382DD">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Company Description</w:t>
      </w:r>
    </w:p>
    <w:p w14:paraId="303EC531">
      <w:pPr>
        <w:spacing w:after="120" w:line="269" w:lineRule="auto"/>
      </w:pPr>
      <w:r>
        <w:rPr>
          <w:rFonts w:ascii="Liberation Sans" w:hAnsi="Liberation Sans" w:eastAsia="ＭＳ 明朝" w:cs="Liberation Sans" w:eastAsiaTheme="minorEastAsia" w:csTheme="minorBidi"/>
          <w:color w:val="25343B"/>
          <w:sz w:val="21"/>
          <w:szCs w:val="22"/>
        </w:rPr>
        <w:t>Here, detail your company's legal structure, history, and mission. What's the driving force behind your business? Paint a picture of your organizational values, goals, and strategies. This section assures stakeholders of your credibility and operational transparency.</w:t>
      </w:r>
    </w:p>
    <w:p w14:paraId="36EC1F02">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Project Description</w:t>
      </w:r>
    </w:p>
    <w:p w14:paraId="0A706718">
      <w:pPr>
        <w:spacing w:after="120" w:line="269" w:lineRule="auto"/>
      </w:pPr>
      <w:r>
        <w:rPr>
          <w:rFonts w:ascii="Liberation Sans" w:hAnsi="Liberation Sans" w:eastAsia="ＭＳ 明朝" w:cs="Liberation Sans" w:eastAsiaTheme="minorEastAsia" w:csTheme="minorBidi"/>
          <w:color w:val="25343B"/>
          <w:sz w:val="21"/>
          <w:szCs w:val="22"/>
        </w:rPr>
        <w:t>Describe your project in vivid detail, including its location, type, and scope. Consider including visuals or diagrams to illustrate your plan. What are the expected outcomes? Justify these by referring back to your market research. Articulate the social, economic, or environmental benefits your project might confer.</w:t>
      </w:r>
    </w:p>
    <w:p w14:paraId="6AB852CE">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Financial Projections</w:t>
      </w:r>
    </w:p>
    <w:p w14:paraId="03442166">
      <w:pPr>
        <w:spacing w:after="120" w:line="269" w:lineRule="auto"/>
      </w:pPr>
      <w:r>
        <w:rPr>
          <w:rFonts w:ascii="Liberation Sans" w:hAnsi="Liberation Sans" w:eastAsia="ＭＳ 明朝" w:cs="Liberation Sans" w:eastAsiaTheme="minorEastAsia" w:csTheme="minorBidi"/>
          <w:color w:val="25343B"/>
          <w:sz w:val="21"/>
          <w:szCs w:val="22"/>
        </w:rPr>
        <w:t xml:space="preserve">When detailing your budgeting, funding sources, and anticipated revenues, it's essential to base your projections on accurate and reliable data. </w:t>
      </w:r>
      <w:r>
        <w:rPr>
          <w:rFonts w:ascii="Liberation Sans" w:hAnsi="Liberation Sans" w:eastAsia="ＭＳ 明朝" w:cs="Liberation Sans" w:eastAsiaTheme="minorEastAsia" w:csTheme="minorBidi"/>
          <w:i/>
          <w:iCs/>
          <w:color w:val="25343B"/>
          <w:sz w:val="21"/>
          <w:szCs w:val="22"/>
        </w:rPr>
        <w:t>Explore the services offered by Developers Research</w:t>
      </w:r>
      <w:r>
        <w:rPr>
          <w:rFonts w:ascii="Liberation Sans" w:hAnsi="Liberation Sans" w:eastAsia="ＭＳ 明朝" w:cs="Liberation Sans" w:eastAsiaTheme="minorEastAsia" w:csTheme="minorBidi"/>
          <w:color w:val="25343B"/>
          <w:sz w:val="21"/>
          <w:szCs w:val="22"/>
        </w:rPr>
        <w:t xml:space="preserve"> to ensure your financial strategy is grounded in expert analysis.</w:t>
      </w:r>
    </w:p>
    <w:p w14:paraId="63874495">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Preparing for Implementation</w:t>
      </w:r>
    </w:p>
    <w:p w14:paraId="34AC4AA8">
      <w:pPr>
        <w:spacing w:after="120" w:line="269" w:lineRule="auto"/>
      </w:pPr>
      <w:r>
        <w:rPr>
          <w:rFonts w:ascii="Liberation Sans" w:hAnsi="Liberation Sans" w:eastAsia="ＭＳ 明朝" w:cs="Liberation Sans" w:eastAsiaTheme="minorEastAsia" w:csTheme="minorBidi"/>
          <w:color w:val="25343B"/>
          <w:sz w:val="21"/>
          <w:szCs w:val="22"/>
        </w:rPr>
        <w:t>Having your business plan ready isn't enough; preparation for execution is just as essential. Address when and how you will bring your plan to life.</w:t>
      </w:r>
    </w:p>
    <w:p w14:paraId="1735B153">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Timeline and Milestones</w:t>
      </w:r>
    </w:p>
    <w:p w14:paraId="729C87EE">
      <w:pPr>
        <w:spacing w:after="120" w:line="269" w:lineRule="auto"/>
      </w:pPr>
      <w:r>
        <w:rPr>
          <w:rFonts w:ascii="Liberation Sans" w:hAnsi="Liberation Sans" w:eastAsia="ＭＳ 明朝" w:cs="Liberation Sans" w:eastAsiaTheme="minorEastAsia" w:csTheme="minorBidi"/>
          <w:color w:val="25343B"/>
          <w:sz w:val="21"/>
          <w:szCs w:val="22"/>
        </w:rPr>
        <w:t>Develop a detailed project schedule with key milestones. What's the step-by-step path to seeing your vision come to fruition? These timelines help you track progress and keep your team accountable. Clear milestones prevent the daunting nature of large projects from overwhelming your progress.</w:t>
      </w:r>
    </w:p>
    <w:p w14:paraId="7D47DA26">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Risk Management Strategies</w:t>
      </w:r>
    </w:p>
    <w:p w14:paraId="6C968E22">
      <w:pPr>
        <w:spacing w:after="120" w:line="269" w:lineRule="auto"/>
      </w:pPr>
      <w:r>
        <w:rPr>
          <w:rFonts w:ascii="Liberation Sans" w:hAnsi="Liberation Sans" w:eastAsia="ＭＳ 明朝" w:cs="Liberation Sans" w:eastAsiaTheme="minorEastAsia" w:csTheme="minorBidi"/>
          <w:color w:val="25343B"/>
          <w:sz w:val="21"/>
          <w:szCs w:val="22"/>
        </w:rPr>
        <w:t xml:space="preserve">Every property development project comes with risks. Be proactive in identifying potential pitfalls—financial, regulatory, or operational—and lay out plans to mitigate these risks. </w:t>
      </w:r>
      <w:r>
        <w:rPr>
          <w:rFonts w:ascii="Liberation Sans" w:hAnsi="Liberation Sans" w:eastAsia="ＭＳ 明朝" w:cs="Liberation Sans" w:eastAsiaTheme="minorEastAsia" w:csTheme="minorBidi"/>
          <w:i/>
          <w:iCs/>
          <w:color w:val="25343B"/>
          <w:sz w:val="21"/>
          <w:szCs w:val="22"/>
        </w:rPr>
        <w:t>Understanding common risks related to property development</w:t>
      </w:r>
      <w:r>
        <w:rPr>
          <w:rFonts w:ascii="Liberation Sans" w:hAnsi="Liberation Sans" w:eastAsia="ＭＳ 明朝" w:cs="Liberation Sans" w:eastAsiaTheme="minorEastAsia" w:csTheme="minorBidi"/>
          <w:color w:val="25343B"/>
          <w:sz w:val="21"/>
          <w:szCs w:val="22"/>
        </w:rPr>
        <w:t xml:space="preserve"> can help you be better prepared.</w:t>
      </w:r>
    </w:p>
    <w:p w14:paraId="5F6A315F">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Conclusion</w:t>
      </w:r>
    </w:p>
    <w:p w14:paraId="378543F9">
      <w:pPr>
        <w:spacing w:after="120" w:line="269" w:lineRule="auto"/>
      </w:pPr>
      <w:r>
        <w:rPr>
          <w:rFonts w:ascii="Liberation Sans" w:hAnsi="Liberation Sans" w:eastAsia="ＭＳ 明朝" w:cs="Liberation Sans" w:eastAsiaTheme="minorEastAsia" w:csTheme="minorBidi"/>
          <w:color w:val="25343B"/>
          <w:sz w:val="21"/>
          <w:szCs w:val="22"/>
        </w:rPr>
        <w:t xml:space="preserve">A well-crafted business plan is crucial for success in property development, and leveraging the expertise of the Developer's Research can significantly enhance this process. By incorporating thorough market research, a clear target audience, and a detailed project outline, you create a robust framework for your development projects. Developers Research specializes in delivering actionable insights and solutions that help you make informed decisions, mitigate risks, and maximize returns. </w:t>
      </w:r>
      <w:r>
        <w:rPr>
          <w:rFonts w:ascii="Liberation Sans" w:hAnsi="Liberation Sans" w:eastAsia="ＭＳ 明朝" w:cs="Liberation Sans" w:eastAsiaTheme="minorEastAsia" w:csTheme="minorBidi"/>
          <w:i/>
          <w:iCs/>
          <w:color w:val="25343B"/>
          <w:sz w:val="21"/>
          <w:szCs w:val="22"/>
        </w:rPr>
        <w:t>Visit Developers Research</w:t>
      </w:r>
      <w:r>
        <w:rPr>
          <w:rFonts w:ascii="Liberation Sans" w:hAnsi="Liberation Sans" w:eastAsia="ＭＳ 明朝" w:cs="Liberation Sans" w:eastAsiaTheme="minorEastAsia" w:csTheme="minorBidi"/>
          <w:color w:val="25343B"/>
          <w:sz w:val="21"/>
          <w:szCs w:val="22"/>
        </w:rPr>
        <w:t xml:space="preserve"> to explore how our services can elevate your property development projects. Your business plan, with the aid of Developers Research's comprehensive services, becomes a strategic tool that not only guides your project from start to finish but also strengthens your position with investors and stakeholders. </w:t>
      </w:r>
      <w:r>
        <w:rPr>
          <w:rFonts w:ascii="Liberation Sans" w:hAnsi="Liberation Sans" w:eastAsia="ＭＳ 明朝" w:cs="Liberation Sans" w:eastAsiaTheme="minorEastAsia" w:csTheme="minorBidi"/>
          <w:i/>
          <w:iCs/>
          <w:color w:val="25343B"/>
          <w:sz w:val="21"/>
          <w:szCs w:val="22"/>
        </w:rPr>
        <w:t>Contact Developers Research</w:t>
      </w:r>
      <w:r>
        <w:rPr>
          <w:rFonts w:ascii="Liberation Sans" w:hAnsi="Liberation Sans" w:eastAsia="ＭＳ 明朝" w:cs="Liberation Sans" w:eastAsiaTheme="minorEastAsia" w:csTheme="minorBidi"/>
          <w:color w:val="25343B"/>
          <w:sz w:val="21"/>
          <w:szCs w:val="22"/>
        </w:rPr>
        <w:t xml:space="preserve"> today to discuss how we can assist in your next property development venture.</w:t>
      </w:r>
    </w:p>
    <w:p w14:paraId="1671157D">
      <w:pPr>
        <w:pageBreakBefore/>
        <w:spacing w:after="120" w:line="269" w:lineRule="auto"/>
      </w:pPr>
      <w:r>
        <w:lastRenderedPageBreak/>
      </w:r>
    </w:p>
    <w:p w14:paraId="26AED34A">
      <w:pPr>
        <w:pStyle w:val="SourceLabel"/>
      </w:pPr>
      <w:r>
        <w:rPr>
          <w:rFonts w:ascii="Liberation Sans" w:hAnsi="Liberation Sans" w:eastAsia="ＭＳ 明朝" w:cs="Liberation Sans" w:eastAsiaTheme="minorEastAsia" w:csTheme="minorBidi"/>
          <w:b/>
          <w:bCs/>
          <w:color w:val="326A74"/>
          <w:sz w:val="18"/>
          <w:szCs w:val="22"/>
        </w:rPr>
        <w:t xml:space="preserve">SOURCE 03  |  XERO AU</w:t>
      </w:r>
    </w:p>
    <w:p w14:paraId="1896100F">
      <w:pPr>
        <w:pStyle w:val="Heading1"/>
      </w:pPr>
      <w:bookmarkStart w:id="4" w:name="source_3"/>
      <w:r>
        <w:rPr>
          <w:rFonts w:ascii="Liberation Sans" w:hAnsi="Liberation Sans" w:eastAsia="ＭＳ ゴシック" w:cs="Liberation Sans" w:asciiTheme="majorHAnsi" w:hAnsiTheme="majorHAnsi" w:eastAsiaTheme="majorEastAsia" w:csTheme="majorBidi"/>
          <w:b/>
          <w:bCs/>
          <w:color w:val="17384A"/>
          <w:sz w:val="40"/>
          <w:szCs w:val="28"/>
        </w:rPr>
        <w:t>Real Estate Business Plan</w:t>
      </w:r>
      <w:bookmarkEnd w:id="4"/>
    </w:p>
    <w:p w14:paraId="6DCD59E6">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A customisable design</w:t>
      </w:r>
    </w:p>
    <w:p w14:paraId="11EDD977">
      <w:pPr>
        <w:spacing w:after="120" w:line="269" w:lineRule="auto"/>
      </w:pPr>
      <w:r>
        <w:rPr>
          <w:rFonts w:ascii="Liberation Sans" w:hAnsi="Liberation Sans" w:eastAsia="ＭＳ 明朝" w:cs="Liberation Sans" w:eastAsiaTheme="minorEastAsia" w:csTheme="minorBidi"/>
          <w:color w:val="25343B"/>
          <w:sz w:val="21"/>
          <w:szCs w:val="22"/>
        </w:rPr>
        <w:t>Change the template to suit your needs.</w:t>
      </w:r>
    </w:p>
    <w:p w14:paraId="20484F07">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Specific business goals</w:t>
      </w:r>
    </w:p>
    <w:p w14:paraId="741EA5B2">
      <w:pPr>
        <w:spacing w:after="120" w:line="269" w:lineRule="auto"/>
      </w:pPr>
      <w:r>
        <w:rPr>
          <w:rFonts w:ascii="Liberation Sans" w:hAnsi="Liberation Sans" w:eastAsia="ＭＳ 明朝" w:cs="Liberation Sans" w:eastAsiaTheme="minorEastAsia" w:csTheme="minorBidi"/>
          <w:color w:val="25343B"/>
          <w:sz w:val="21"/>
          <w:szCs w:val="22"/>
        </w:rPr>
        <w:t>Put your business goals front and centre, including your value proposition and target market.</w:t>
      </w:r>
    </w:p>
    <w:p w14:paraId="40848DD5">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Expert guidance</w:t>
      </w:r>
    </w:p>
    <w:p w14:paraId="5F043DD8">
      <w:pPr>
        <w:spacing w:after="120" w:line="269" w:lineRule="auto"/>
      </w:pPr>
      <w:r>
        <w:rPr>
          <w:rFonts w:ascii="Liberation Sans" w:hAnsi="Liberation Sans" w:eastAsia="ＭＳ 明朝" w:cs="Liberation Sans" w:eastAsiaTheme="minorEastAsia" w:csTheme="minorBidi"/>
          <w:color w:val="25343B"/>
          <w:sz w:val="21"/>
          <w:szCs w:val="22"/>
        </w:rPr>
        <w:t>Use the template with confidence – it was designed by experts who know about starting a business.</w:t>
      </w:r>
    </w:p>
    <w:p w14:paraId="72CC7556">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A money saver</w:t>
      </w:r>
    </w:p>
    <w:p w14:paraId="37331F64">
      <w:pPr>
        <w:spacing w:after="120" w:line="269" w:lineRule="auto"/>
      </w:pPr>
      <w:r>
        <w:rPr>
          <w:rFonts w:ascii="Liberation Sans" w:hAnsi="Liberation Sans" w:eastAsia="ＭＳ 明朝" w:cs="Liberation Sans" w:eastAsiaTheme="minorEastAsia" w:csTheme="minorBidi"/>
          <w:color w:val="25343B"/>
          <w:sz w:val="21"/>
          <w:szCs w:val="22"/>
        </w:rPr>
        <w:t>Don’t pay someone else – download and use our template for free!</w:t>
      </w:r>
    </w:p>
    <w:p w14:paraId="048D0380">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 xml:space="preserve">Download the </w:t>
      </w:r>
      <w:r>
        <w:rPr>
          <w:rFonts w:ascii="Liberation Sans" w:hAnsi="Liberation Sans" w:eastAsia="ＭＳ ゴシック" w:cs="Liberation Sans" w:asciiTheme="majorHAnsi" w:hAnsiTheme="majorHAnsi" w:eastAsiaTheme="majorEastAsia" w:csTheme="majorBidi"/>
          <w:b/>
          <w:bCs/>
          <w:i/>
          <w:iCs/>
          <w:color w:val="326A74"/>
          <w:sz w:val="28"/>
          <w:szCs w:val="26"/>
        </w:rPr>
        <w:t>business plan</w:t>
      </w:r>
      <w:r>
        <w:rPr>
          <w:rFonts w:ascii="Liberation Sans" w:hAnsi="Liberation Sans" w:eastAsia="ＭＳ ゴシック" w:cs="Liberation Sans" w:asciiTheme="majorHAnsi" w:hAnsiTheme="majorHAnsi" w:eastAsiaTheme="majorEastAsia" w:csTheme="majorBidi"/>
          <w:b/>
          <w:bCs/>
          <w:color w:val="326A74"/>
          <w:sz w:val="28"/>
          <w:szCs w:val="26"/>
        </w:rPr>
        <w:t xml:space="preserve"> template</w:t>
      </w:r>
    </w:p>
    <w:p w14:paraId="01517167">
      <w:pPr>
        <w:spacing w:after="120" w:line="269" w:lineRule="auto"/>
      </w:pPr>
      <w:r>
        <w:rPr>
          <w:rFonts w:ascii="Liberation Sans" w:hAnsi="Liberation Sans" w:eastAsia="ＭＳ 明朝" w:cs="Liberation Sans" w:eastAsiaTheme="minorEastAsia" w:csTheme="minorBidi"/>
          <w:color w:val="25343B"/>
          <w:sz w:val="21"/>
          <w:szCs w:val="22"/>
        </w:rPr>
        <w:t>Fill out the form for a downloadable business plan template. Your business plan doc is available as an editable pdf to use again and again.</w:t>
      </w:r>
    </w:p>
    <w:p w14:paraId="00538AF8">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Got your template? Try Xero</w:t>
      </w:r>
    </w:p>
    <w:p w14:paraId="7F150000">
      <w:pPr>
        <w:spacing w:after="120" w:line="269" w:lineRule="auto"/>
      </w:pPr>
      <w:r>
        <w:rPr>
          <w:rFonts w:ascii="Liberation Sans" w:hAnsi="Liberation Sans" w:eastAsia="ＭＳ 明朝" w:cs="Liberation Sans" w:eastAsiaTheme="minorEastAsia" w:csTheme="minorBidi"/>
          <w:color w:val="25343B"/>
          <w:sz w:val="21"/>
          <w:szCs w:val="22"/>
        </w:rPr>
        <w:t>Ready to take control of your business? Xero's got everything you need to succeed, from accounting and invoicing to reporting and payroll.</w:t>
      </w:r>
    </w:p>
    <w:p w14:paraId="5048FA5A">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Why use Xero’s real estate business plan template</w:t>
      </w:r>
    </w:p>
    <w:p w14:paraId="77C94C6D">
      <w:pPr>
        <w:spacing w:after="120" w:line="269" w:lineRule="auto"/>
      </w:pPr>
      <w:r>
        <w:rPr>
          <w:rFonts w:ascii="Liberation Sans" w:hAnsi="Liberation Sans" w:eastAsia="ＭＳ 明朝" w:cs="Liberation Sans" w:eastAsiaTheme="minorEastAsia" w:csTheme="minorBidi"/>
          <w:color w:val="25343B"/>
          <w:sz w:val="21"/>
          <w:szCs w:val="22"/>
        </w:rPr>
        <w:t>The template is your starting point – it’s an easier way to create a business plan that nails the essentials.</w:t>
      </w:r>
    </w:p>
    <w:p w14:paraId="7C699555">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Financial understanding</w:t>
      </w:r>
    </w:p>
    <w:p w14:paraId="246D5CC0">
      <w:pPr>
        <w:spacing w:after="120" w:line="269" w:lineRule="auto"/>
      </w:pPr>
      <w:r>
        <w:rPr>
          <w:rFonts w:ascii="Liberation Sans" w:hAnsi="Liberation Sans" w:eastAsia="ＭＳ 明朝" w:cs="Liberation Sans" w:eastAsiaTheme="minorEastAsia" w:csTheme="minorBidi"/>
          <w:color w:val="25343B"/>
          <w:sz w:val="21"/>
          <w:szCs w:val="22"/>
        </w:rPr>
        <w:t>Calculate costs and margins to work out your profits.</w:t>
      </w:r>
    </w:p>
    <w:p w14:paraId="32941A7A">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Resource allocation</w:t>
      </w:r>
    </w:p>
    <w:p w14:paraId="5CCA00B2">
      <w:pPr>
        <w:spacing w:after="120" w:line="269" w:lineRule="auto"/>
      </w:pPr>
      <w:r>
        <w:rPr>
          <w:rFonts w:ascii="Liberation Sans" w:hAnsi="Liberation Sans" w:eastAsia="ＭＳ 明朝" w:cs="Liberation Sans" w:eastAsiaTheme="minorEastAsia" w:csTheme="minorBidi"/>
          <w:color w:val="25343B"/>
          <w:sz w:val="21"/>
          <w:szCs w:val="22"/>
        </w:rPr>
        <w:t>Figure out how to divide your time, money, and employee workloads.</w:t>
      </w:r>
    </w:p>
    <w:p w14:paraId="6B6D2880">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Risk mitigation</w:t>
      </w:r>
    </w:p>
    <w:p w14:paraId="7D5435DD">
      <w:pPr>
        <w:spacing w:after="120" w:line="269" w:lineRule="auto"/>
      </w:pPr>
      <w:r>
        <w:rPr>
          <w:rFonts w:ascii="Liberation Sans" w:hAnsi="Liberation Sans" w:eastAsia="ＭＳ 明朝" w:cs="Liberation Sans" w:eastAsiaTheme="minorEastAsia" w:csTheme="minorBidi"/>
          <w:color w:val="25343B"/>
          <w:sz w:val="21"/>
          <w:szCs w:val="22"/>
        </w:rPr>
        <w:t>Spot challenges and develop plans to cope.</w:t>
      </w:r>
    </w:p>
    <w:p w14:paraId="77D96D3A">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What’s in a business plan?</w:t>
      </w:r>
    </w:p>
    <w:p w14:paraId="19741BC1">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Build a business plan for your real estate business.</w:t>
      </w:r>
    </w:p>
    <w:p w14:paraId="38514831">
      <w:pPr>
        <w:spacing w:after="120" w:line="269" w:lineRule="auto"/>
      </w:pPr>
      <w:r>
        <w:rPr>
          <w:rFonts w:ascii="Liberation Sans" w:hAnsi="Liberation Sans" w:eastAsia="ＭＳ 明朝" w:cs="Liberation Sans" w:eastAsiaTheme="minorEastAsia" w:csTheme="minorBidi"/>
          <w:color w:val="25343B"/>
          <w:sz w:val="21"/>
          <w:szCs w:val="22"/>
        </w:rPr>
        <w:t>Here’s an example business plan that includes the important details, like:</w:t>
      </w:r>
    </w:p>
    <w:p w14:paraId="67691B90">
      <w:pPr>
        <w:pStyle w:val="ListBullet"/>
      </w:pPr>
      <w:r>
        <w:rPr>
          <w:rFonts w:ascii="Liberation Sans" w:hAnsi="Liberation Sans" w:eastAsia="ＭＳ 明朝" w:cs="Liberation Sans" w:eastAsiaTheme="minorEastAsia" w:csTheme="minorBidi"/>
          <w:color w:val="25343B"/>
          <w:sz w:val="21"/>
          <w:szCs w:val="22"/>
        </w:rPr>
        <w:t>A value proposition</w:t>
      </w:r>
    </w:p>
    <w:p w14:paraId="085D74ED">
      <w:pPr>
        <w:pStyle w:val="ListBullet"/>
      </w:pPr>
      <w:r>
        <w:rPr>
          <w:rFonts w:ascii="Liberation Sans" w:hAnsi="Liberation Sans" w:eastAsia="ＭＳ 明朝" w:cs="Liberation Sans" w:eastAsiaTheme="minorEastAsia" w:csTheme="minorBidi"/>
          <w:color w:val="25343B"/>
          <w:sz w:val="21"/>
          <w:szCs w:val="22"/>
        </w:rPr>
        <w:t>Your target market</w:t>
      </w:r>
    </w:p>
    <w:p w14:paraId="4303F1BA">
      <w:pPr>
        <w:pStyle w:val="ListBullet"/>
      </w:pPr>
      <w:r>
        <w:rPr>
          <w:rFonts w:ascii="Liberation Sans" w:hAnsi="Liberation Sans" w:eastAsia="ＭＳ 明朝" w:cs="Liberation Sans" w:eastAsiaTheme="minorEastAsia" w:csTheme="minorBidi"/>
          <w:color w:val="25343B"/>
          <w:sz w:val="21"/>
          <w:szCs w:val="22"/>
        </w:rPr>
        <w:t>Budgets</w:t>
      </w:r>
    </w:p>
    <w:p w14:paraId="5534FEBE">
      <w:pPr>
        <w:pStyle w:val="ListBullet"/>
      </w:pPr>
      <w:r>
        <w:rPr>
          <w:rFonts w:ascii="Liberation Sans" w:hAnsi="Liberation Sans" w:eastAsia="ＭＳ 明朝" w:cs="Liberation Sans" w:eastAsiaTheme="minorEastAsia" w:csTheme="minorBidi"/>
          <w:color w:val="25343B"/>
          <w:sz w:val="21"/>
          <w:szCs w:val="22"/>
        </w:rPr>
        <w:t>Business milestones</w:t>
      </w:r>
    </w:p>
    <w:p w14:paraId="30C3756C">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FAQs about real estate business plan templates</w:t>
      </w:r>
    </w:p>
    <w:p w14:paraId="15F33887">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How often should I update my real estate business plan?</w:t>
      </w:r>
    </w:p>
    <w:p w14:paraId="79C79646">
      <w:pPr>
        <w:spacing w:after="120" w:line="269" w:lineRule="auto"/>
      </w:pPr>
      <w:r>
        <w:rPr>
          <w:rFonts w:ascii="Liberation Sans" w:hAnsi="Liberation Sans" w:eastAsia="ＭＳ 明朝" w:cs="Liberation Sans" w:eastAsiaTheme="minorEastAsia" w:csTheme="minorBidi"/>
          <w:color w:val="25343B"/>
          <w:sz w:val="21"/>
          <w:szCs w:val="22"/>
        </w:rPr>
        <w:t>Review and update your business plan at least once a year. This’ll keep your business up with industry changes and financial trends, so you can adjust your value proposition (how you keep your customers happy) and your market position.</w:t>
      </w:r>
    </w:p>
    <w:p w14:paraId="1AF0279A">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What’s the difference between a real estate business plan and a business proposal?</w:t>
      </w:r>
    </w:p>
    <w:p w14:paraId="6FA6C2DE">
      <w:pPr>
        <w:spacing w:after="120" w:line="269" w:lineRule="auto"/>
      </w:pPr>
      <w:r>
        <w:rPr>
          <w:rFonts w:ascii="Liberation Sans" w:hAnsi="Liberation Sans" w:eastAsia="ＭＳ 明朝" w:cs="Liberation Sans" w:eastAsiaTheme="minorEastAsia" w:csTheme="minorBidi"/>
          <w:color w:val="25343B"/>
          <w:sz w:val="21"/>
          <w:szCs w:val="22"/>
        </w:rPr>
        <w:t>A business plan is an internal document that outlines your goals and business strategy. A business proposal is an external document that you’d prepare when asking for something specific – an investment in your business, for instance.</w:t>
      </w:r>
    </w:p>
    <w:p w14:paraId="75E512BD">
      <w:pPr>
        <w:spacing w:after="120" w:line="269" w:lineRule="auto"/>
      </w:pPr>
      <w:r>
        <w:rPr>
          <w:rFonts w:ascii="Liberation Sans" w:hAnsi="Liberation Sans" w:eastAsia="ＭＳ 明朝" w:cs="Liberation Sans" w:eastAsiaTheme="minorEastAsia" w:csTheme="minorBidi"/>
          <w:color w:val="25343B"/>
          <w:sz w:val="21"/>
          <w:szCs w:val="22"/>
        </w:rPr>
        <w:t>Download a business proposal template</w:t>
      </w:r>
    </w:p>
    <w:p w14:paraId="1FCCE1B4">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Are there other types of business plan templates?</w:t>
      </w:r>
    </w:p>
    <w:p w14:paraId="407EAF52">
      <w:pPr>
        <w:spacing w:after="120" w:line="269" w:lineRule="auto"/>
      </w:pPr>
      <w:r>
        <w:rPr>
          <w:rFonts w:ascii="Liberation Sans" w:hAnsi="Liberation Sans" w:eastAsia="ＭＳ 明朝" w:cs="Liberation Sans" w:eastAsiaTheme="minorEastAsia" w:csTheme="minorBidi"/>
          <w:color w:val="25343B"/>
          <w:sz w:val="21"/>
          <w:szCs w:val="22"/>
        </w:rPr>
        <w:t>Yes – some templates are designed for specific purposes, like risk assessment or strategic planning. But all templates should a) cover the fundamental things that any business plan should include; and b) let you customise them to your business.</w:t>
      </w:r>
    </w:p>
    <w:p w14:paraId="6065427D">
      <w:pPr>
        <w:spacing w:after="120" w:line="269" w:lineRule="auto"/>
      </w:pPr>
      <w:r>
        <w:rPr>
          <w:rFonts w:ascii="Liberation Sans" w:hAnsi="Liberation Sans" w:eastAsia="ＭＳ 明朝" w:cs="Liberation Sans" w:eastAsiaTheme="minorEastAsia" w:csTheme="minorBidi"/>
          <w:color w:val="25343B"/>
          <w:sz w:val="21"/>
          <w:szCs w:val="22"/>
        </w:rPr>
        <w:t>Download a business plan template suitable for any business</w:t>
      </w:r>
    </w:p>
    <w:p w14:paraId="022481BA">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Should every real estate business have a business plan?</w:t>
      </w:r>
    </w:p>
    <w:p w14:paraId="1F2DE9FD">
      <w:pPr>
        <w:spacing w:after="120" w:line="269" w:lineRule="auto"/>
      </w:pPr>
      <w:r>
        <w:rPr>
          <w:rFonts w:ascii="Liberation Sans" w:hAnsi="Liberation Sans" w:eastAsia="ＭＳ 明朝" w:cs="Liberation Sans" w:eastAsiaTheme="minorEastAsia" w:csTheme="minorBidi"/>
          <w:color w:val="25343B"/>
          <w:sz w:val="21"/>
          <w:szCs w:val="22"/>
        </w:rPr>
        <w:t>Definitely! You may think you’ve figured out your business’s vision, but only once you’ve put everything in writing can you see what’s missing and what needs work.</w:t>
      </w:r>
    </w:p>
    <w:p w14:paraId="76BD1ECF">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Accounting software for your real estate business</w:t>
      </w:r>
    </w:p>
    <w:p w14:paraId="03AD83D7">
      <w:pPr>
        <w:spacing w:after="120" w:line="269" w:lineRule="auto"/>
      </w:pPr>
      <w:r>
        <w:rPr>
          <w:rFonts w:ascii="Liberation Sans" w:hAnsi="Liberation Sans" w:eastAsia="ＭＳ 明朝" w:cs="Liberation Sans" w:eastAsiaTheme="minorEastAsia" w:csTheme="minorBidi"/>
          <w:color w:val="25343B"/>
          <w:sz w:val="21"/>
          <w:szCs w:val="22"/>
        </w:rPr>
        <w:t>Work smarter, not harder, with Xero’s intuitive accounting software. Handle your financial admin your way.</w:t>
      </w:r>
    </w:p>
    <w:p w14:paraId="1DE637E1">
      <w:pPr>
        <w:pStyle w:val="ListBullet"/>
      </w:pPr>
      <w:r>
        <w:rPr>
          <w:rFonts w:ascii="Liberation Sans" w:hAnsi="Liberation Sans" w:eastAsia="ＭＳ 明朝" w:cs="Liberation Sans" w:eastAsiaTheme="minorEastAsia" w:csTheme="minorBidi"/>
          <w:color w:val="25343B"/>
          <w:sz w:val="21"/>
          <w:szCs w:val="22"/>
        </w:rPr>
        <w:t>Set up automatic bank feeds</w:t>
      </w:r>
    </w:p>
    <w:p w14:paraId="32A60E50">
      <w:pPr>
        <w:pStyle w:val="ListBullet"/>
      </w:pPr>
      <w:r>
        <w:rPr>
          <w:rFonts w:ascii="Liberation Sans" w:hAnsi="Liberation Sans" w:eastAsia="ＭＳ 明朝" w:cs="Liberation Sans" w:eastAsiaTheme="minorEastAsia" w:csTheme="minorBidi"/>
          <w:color w:val="25343B"/>
          <w:sz w:val="21"/>
          <w:szCs w:val="22"/>
        </w:rPr>
        <w:t>Manage your finances away from your desk</w:t>
      </w:r>
    </w:p>
    <w:p w14:paraId="505645B2">
      <w:pPr>
        <w:pStyle w:val="ListBullet"/>
      </w:pPr>
      <w:r>
        <w:rPr>
          <w:rFonts w:ascii="Liberation Sans" w:hAnsi="Liberation Sans" w:eastAsia="ＭＳ 明朝" w:cs="Liberation Sans" w:eastAsiaTheme="minorEastAsia" w:csTheme="minorBidi"/>
          <w:color w:val="25343B"/>
          <w:sz w:val="21"/>
          <w:szCs w:val="22"/>
        </w:rPr>
        <w:t>Easily make online payments</w:t>
      </w:r>
    </w:p>
    <w:p w14:paraId="4923FF6A">
      <w:pPr>
        <w:pStyle w:val="ListBullet"/>
      </w:pPr>
      <w:r>
        <w:rPr>
          <w:rFonts w:ascii="Liberation Sans" w:hAnsi="Liberation Sans" w:eastAsia="ＭＳ 明朝" w:cs="Liberation Sans" w:eastAsiaTheme="minorEastAsia" w:csTheme="minorBidi"/>
          <w:color w:val="25343B"/>
          <w:sz w:val="21"/>
          <w:szCs w:val="22"/>
        </w:rPr>
        <w:t>Keep all your financial admin together</w:t>
      </w:r>
    </w:p>
    <w:p w14:paraId="698539F9">
      <w:pPr>
        <w:spacing w:after="120" w:line="269" w:lineRule="auto"/>
      </w:pPr>
      <w:r>
        <w:rPr>
          <w:rFonts w:ascii="Liberation Sans" w:hAnsi="Liberation Sans" w:eastAsia="ＭＳ 明朝" w:cs="Liberation Sans" w:eastAsiaTheme="minorEastAsia" w:csTheme="minorBidi"/>
          <w:color w:val="25343B"/>
          <w:sz w:val="21"/>
          <w:szCs w:val="22"/>
        </w:rPr>
        <w:t>Find out more about Xero for real estate businesses</w:t>
      </w:r>
    </w:p>
    <w:p w14:paraId="0C8DEC37">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Disclaimer</w:t>
      </w:r>
    </w:p>
    <w:p w14:paraId="67636376">
      <w:pPr>
        <w:spacing w:after="120" w:line="269" w:lineRule="auto"/>
      </w:pPr>
      <w:r>
        <w:rPr>
          <w:rFonts w:ascii="Liberation Sans" w:hAnsi="Liberation Sans" w:eastAsia="ＭＳ 明朝" w:cs="Liberation Sans" w:eastAsiaTheme="minorEastAsia" w:csTheme="minorBidi"/>
          <w:color w:val="25343B"/>
          <w:sz w:val="21"/>
          <w:szCs w:val="22"/>
        </w:rPr>
        <w:t>Xero does not provide accounting, tax, business or legal advice. This template has been provided for information purposes only. You should consult your own professional advisors for advice directly relating to your business.</w:t>
      </w:r>
    </w:p>
    <w:p w14:paraId="00C15C93">
      <w:pPr>
        <w:pageBreakBefore/>
        <w:spacing w:after="120" w:line="269" w:lineRule="auto"/>
      </w:pPr>
      <w:r>
        <w:lastRenderedPageBreak/>
      </w:r>
    </w:p>
    <w:p w14:paraId="3D6DD2B7">
      <w:pPr>
        <w:pStyle w:val="SourceLabel"/>
      </w:pPr>
      <w:r>
        <w:rPr>
          <w:rFonts w:ascii="Liberation Sans" w:hAnsi="Liberation Sans" w:eastAsia="ＭＳ 明朝" w:cs="Liberation Sans" w:eastAsiaTheme="minorEastAsia" w:csTheme="minorBidi"/>
          <w:b/>
          <w:bCs/>
          <w:color w:val="326A74"/>
          <w:sz w:val="18"/>
          <w:szCs w:val="22"/>
        </w:rPr>
        <w:t xml:space="preserve">SOURCE 04  |  PROFESSIONAL BUSINESS PLANS</w:t>
      </w:r>
    </w:p>
    <w:p w14:paraId="7AC6E673">
      <w:pPr>
        <w:pStyle w:val="Heading1"/>
      </w:pPr>
      <w:bookmarkStart w:id="5" w:name="source_4"/>
      <w:r>
        <w:rPr>
          <w:rFonts w:ascii="Liberation Sans" w:hAnsi="Liberation Sans" w:eastAsia="ＭＳ ゴシック" w:cs="Liberation Sans" w:asciiTheme="majorHAnsi" w:hAnsiTheme="majorHAnsi" w:eastAsiaTheme="majorEastAsia" w:csTheme="majorBidi"/>
          <w:b/>
          <w:bCs/>
          <w:color w:val="17384A"/>
          <w:sz w:val="40"/>
          <w:szCs w:val="28"/>
        </w:rPr>
        <w:t>Property Development Business Plan</w:t>
      </w:r>
      <w:bookmarkEnd w:id="5"/>
    </w:p>
    <w:p w14:paraId="1D20493D">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Property Development Business Plan or Information Memorandum</w:t>
      </w:r>
    </w:p>
    <w:p w14:paraId="105E78B3">
      <w:pPr>
        <w:spacing w:after="120" w:line="269" w:lineRule="auto"/>
      </w:pPr>
      <w:r>
        <w:rPr>
          <w:rFonts w:ascii="Liberation Sans" w:hAnsi="Liberation Sans" w:eastAsia="ＭＳ 明朝" w:cs="Liberation Sans" w:eastAsiaTheme="minorEastAsia" w:csTheme="minorBidi"/>
          <w:color w:val="25343B"/>
          <w:sz w:val="21"/>
          <w:szCs w:val="22"/>
        </w:rPr>
        <w:t>Australian property development is an attractive sector for many local and international entrepreneurs, investors and builders. To be successful, property developers need to put significant time and effort into development feasibility studies and a strong property development business plan.</w:t>
      </w:r>
    </w:p>
    <w:p w14:paraId="756A69FB">
      <w:pPr>
        <w:spacing w:after="120" w:line="269" w:lineRule="auto"/>
      </w:pPr>
      <w:r>
        <w:rPr>
          <w:rFonts w:ascii="Liberation Sans" w:hAnsi="Liberation Sans" w:eastAsia="ＭＳ 明朝" w:cs="Liberation Sans" w:eastAsiaTheme="minorEastAsia" w:csTheme="minorBidi"/>
          <w:color w:val="25343B"/>
          <w:sz w:val="21"/>
          <w:szCs w:val="22"/>
        </w:rPr>
        <w:t>Development feasibility studies form a crucial part of a property development business plan or information memorandum (IM). They provide an elaborative analysis of the development business’ income streams and costs, while the business plan/IM defines the business structure, goals and objectives, potential risks and the ways to mitigate them, and projects the overall business’ financial position.</w:t>
      </w:r>
    </w:p>
    <w:p w14:paraId="34F1C19D">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How Professional Business Plans can help with your business plan/IM?</w:t>
      </w:r>
    </w:p>
    <w:p w14:paraId="496C652B">
      <w:pPr>
        <w:spacing w:after="120" w:line="269" w:lineRule="auto"/>
      </w:pPr>
      <w:r>
        <w:rPr>
          <w:rFonts w:ascii="Liberation Sans" w:hAnsi="Liberation Sans" w:eastAsia="ＭＳ 明朝" w:cs="Liberation Sans" w:eastAsiaTheme="minorEastAsia" w:csTheme="minorBidi"/>
          <w:color w:val="25343B"/>
          <w:sz w:val="21"/>
          <w:szCs w:val="22"/>
        </w:rPr>
        <w:t>We deliver concise and focused business plans for Australian property developers. If you are looking for property development project funding from sophisticated investors, we can help you with the IM.</w:t>
      </w:r>
    </w:p>
    <w:p w14:paraId="71492AA6">
      <w:pPr>
        <w:spacing w:after="120" w:line="269" w:lineRule="auto"/>
      </w:pPr>
      <w:r>
        <w:rPr>
          <w:rFonts w:ascii="Liberation Sans" w:hAnsi="Liberation Sans" w:eastAsia="ＭＳ 明朝" w:cs="Liberation Sans" w:eastAsiaTheme="minorEastAsia" w:csTheme="minorBidi"/>
          <w:color w:val="25343B"/>
          <w:sz w:val="21"/>
          <w:szCs w:val="22"/>
        </w:rPr>
        <w:t>Our IMs normally include 25-30 pages and cover the following content:</w:t>
      </w:r>
    </w:p>
    <w:p w14:paraId="4B6E5FAD">
      <w:pPr>
        <w:pStyle w:val="ListBullet"/>
      </w:pPr>
      <w:r>
        <w:rPr>
          <w:rFonts w:ascii="Liberation Sans" w:hAnsi="Liberation Sans" w:eastAsia="ＭＳ 明朝" w:cs="Liberation Sans" w:eastAsiaTheme="minorEastAsia" w:csTheme="minorBidi"/>
          <w:color w:val="25343B"/>
          <w:sz w:val="21"/>
          <w:szCs w:val="22"/>
        </w:rPr>
        <w:t>Executive summary</w:t>
      </w:r>
    </w:p>
    <w:p w14:paraId="4141A694">
      <w:pPr>
        <w:pStyle w:val="ListBullet"/>
      </w:pPr>
      <w:r>
        <w:rPr>
          <w:rFonts w:ascii="Liberation Sans" w:hAnsi="Liberation Sans" w:eastAsia="ＭＳ 明朝" w:cs="Liberation Sans" w:eastAsiaTheme="minorEastAsia" w:csTheme="minorBidi"/>
          <w:color w:val="25343B"/>
          <w:sz w:val="21"/>
          <w:szCs w:val="22"/>
        </w:rPr>
        <w:t>Development overview</w:t>
      </w:r>
    </w:p>
    <w:p w14:paraId="5E6AD322">
      <w:pPr>
        <w:pStyle w:val="ListBullet"/>
      </w:pPr>
      <w:r>
        <w:rPr>
          <w:rFonts w:ascii="Liberation Sans" w:hAnsi="Liberation Sans" w:eastAsia="ＭＳ 明朝" w:cs="Liberation Sans" w:eastAsiaTheme="minorEastAsia" w:csTheme="minorBidi"/>
          <w:color w:val="25343B"/>
          <w:sz w:val="21"/>
          <w:szCs w:val="22"/>
        </w:rPr>
        <w:t>Development structure</w:t>
      </w:r>
    </w:p>
    <w:p w14:paraId="3CD7A73E">
      <w:pPr>
        <w:pStyle w:val="ListBullet"/>
      </w:pPr>
      <w:r>
        <w:rPr>
          <w:rFonts w:ascii="Liberation Sans" w:hAnsi="Liberation Sans" w:eastAsia="ＭＳ 明朝" w:cs="Liberation Sans" w:eastAsiaTheme="minorEastAsia" w:csTheme="minorBidi"/>
          <w:color w:val="25343B"/>
          <w:sz w:val="21"/>
          <w:szCs w:val="22"/>
        </w:rPr>
        <w:t>Development land/location</w:t>
      </w:r>
    </w:p>
    <w:p w14:paraId="123C7997">
      <w:pPr>
        <w:pStyle w:val="ListBullet"/>
      </w:pPr>
      <w:r>
        <w:rPr>
          <w:rFonts w:ascii="Liberation Sans" w:hAnsi="Liberation Sans" w:eastAsia="ＭＳ 明朝" w:cs="Liberation Sans" w:eastAsiaTheme="minorEastAsia" w:csTheme="minorBidi"/>
          <w:color w:val="25343B"/>
          <w:sz w:val="21"/>
          <w:szCs w:val="22"/>
        </w:rPr>
        <w:t>Project plan &amp; timing; milestones achieved</w:t>
      </w:r>
    </w:p>
    <w:p w14:paraId="1E87EB95">
      <w:pPr>
        <w:pStyle w:val="ListBullet"/>
      </w:pPr>
      <w:r>
        <w:rPr>
          <w:rFonts w:ascii="Liberation Sans" w:hAnsi="Liberation Sans" w:eastAsia="ＭＳ 明朝" w:cs="Liberation Sans" w:eastAsiaTheme="minorEastAsia" w:csTheme="minorBidi"/>
          <w:color w:val="25343B"/>
          <w:sz w:val="21"/>
          <w:szCs w:val="22"/>
        </w:rPr>
        <w:t>Project participants and their credentials</w:t>
      </w:r>
    </w:p>
    <w:p w14:paraId="2E550833">
      <w:pPr>
        <w:pStyle w:val="ListBullet"/>
      </w:pPr>
      <w:r>
        <w:rPr>
          <w:rFonts w:ascii="Liberation Sans" w:hAnsi="Liberation Sans" w:eastAsia="ＭＳ 明朝" w:cs="Liberation Sans" w:eastAsiaTheme="minorEastAsia" w:csTheme="minorBidi"/>
          <w:color w:val="25343B"/>
          <w:sz w:val="21"/>
          <w:szCs w:val="22"/>
        </w:rPr>
        <w:t>Target market</w:t>
      </w:r>
    </w:p>
    <w:p w14:paraId="0D7657FB">
      <w:pPr>
        <w:pStyle w:val="ListBullet"/>
      </w:pPr>
      <w:r>
        <w:rPr>
          <w:rFonts w:ascii="Liberation Sans" w:hAnsi="Liberation Sans" w:eastAsia="ＭＳ 明朝" w:cs="Liberation Sans" w:eastAsiaTheme="minorEastAsia" w:csTheme="minorBidi"/>
          <w:color w:val="25343B"/>
          <w:sz w:val="21"/>
          <w:szCs w:val="22"/>
        </w:rPr>
        <w:t>Marketing plan</w:t>
      </w:r>
    </w:p>
    <w:p w14:paraId="7EB9CFC2">
      <w:pPr>
        <w:pStyle w:val="ListBullet"/>
      </w:pPr>
      <w:r>
        <w:rPr>
          <w:rFonts w:ascii="Liberation Sans" w:hAnsi="Liberation Sans" w:eastAsia="ＭＳ 明朝" w:cs="Liberation Sans" w:eastAsiaTheme="minorEastAsia" w:csTheme="minorBidi"/>
          <w:color w:val="25343B"/>
          <w:sz w:val="21"/>
          <w:szCs w:val="22"/>
        </w:rPr>
        <w:t>Development team</w:t>
      </w:r>
    </w:p>
    <w:p w14:paraId="21C6D8A2">
      <w:pPr>
        <w:pStyle w:val="ListBullet"/>
      </w:pPr>
      <w:r>
        <w:rPr>
          <w:rFonts w:ascii="Liberation Sans" w:hAnsi="Liberation Sans" w:eastAsia="ＭＳ 明朝" w:cs="Liberation Sans" w:eastAsiaTheme="minorEastAsia" w:csTheme="minorBidi"/>
          <w:color w:val="25343B"/>
          <w:sz w:val="21"/>
          <w:szCs w:val="22"/>
        </w:rPr>
        <w:t>Development financial plan</w:t>
      </w:r>
    </w:p>
    <w:p w14:paraId="3CBE8C43">
      <w:pPr>
        <w:pStyle w:val="ListBullet"/>
      </w:pPr>
      <w:r>
        <w:rPr>
          <w:rFonts w:ascii="Liberation Sans" w:hAnsi="Liberation Sans" w:eastAsia="ＭＳ 明朝" w:cs="Liberation Sans" w:eastAsiaTheme="minorEastAsia" w:csTheme="minorBidi"/>
          <w:color w:val="25343B"/>
          <w:sz w:val="21"/>
          <w:szCs w:val="22"/>
        </w:rPr>
        <w:t>Investment/lending offer</w:t>
      </w:r>
    </w:p>
    <w:p w14:paraId="7EB27F46">
      <w:pPr>
        <w:pStyle w:val="ListBullet"/>
      </w:pPr>
      <w:r>
        <w:rPr>
          <w:rFonts w:ascii="Liberation Sans" w:hAnsi="Liberation Sans" w:eastAsia="ＭＳ 明朝" w:cs="Liberation Sans" w:eastAsiaTheme="minorEastAsia" w:csTheme="minorBidi"/>
          <w:color w:val="25343B"/>
          <w:sz w:val="21"/>
          <w:szCs w:val="22"/>
        </w:rPr>
        <w:t>Risks &amp; risk management</w:t>
      </w:r>
    </w:p>
    <w:p w14:paraId="78A2929C">
      <w:pPr>
        <w:spacing w:after="120" w:line="269" w:lineRule="auto"/>
      </w:pPr>
      <w:r>
        <w:rPr>
          <w:rFonts w:ascii="Liberation Sans" w:hAnsi="Liberation Sans" w:eastAsia="ＭＳ 明朝" w:cs="Liberation Sans" w:eastAsiaTheme="minorEastAsia" w:csTheme="minorBidi"/>
          <w:color w:val="25343B"/>
          <w:sz w:val="21"/>
          <w:szCs w:val="22"/>
        </w:rPr>
        <w:t>Our development financial plans are normally prepared based on the development feasibility studies (DFs) provided by the developer. A DF would aim to objectively assess the preliminary project profit, taking into account all property development costs, including land acquisition and holding costs, finance costs, professional fees, council contributions, insurance premiums, construction and marketing costs.</w:t>
      </w:r>
    </w:p>
    <w:p w14:paraId="09A1001F">
      <w:pPr>
        <w:spacing w:after="120" w:line="269" w:lineRule="auto"/>
      </w:pPr>
      <w:r>
        <w:rPr>
          <w:rFonts w:ascii="Liberation Sans" w:hAnsi="Liberation Sans" w:eastAsia="ＭＳ 明朝" w:cs="Liberation Sans" w:eastAsiaTheme="minorEastAsia" w:csTheme="minorBidi"/>
          <w:color w:val="25343B"/>
          <w:sz w:val="21"/>
          <w:szCs w:val="22"/>
        </w:rPr>
        <w:t xml:space="preserve">To discuss your needs or to order a business plan or an IM, call us on </w:t>
      </w:r>
      <w:r>
        <w:rPr>
          <w:rFonts w:ascii="Liberation Sans" w:hAnsi="Liberation Sans" w:eastAsia="ＭＳ 明朝" w:cs="Liberation Sans" w:eastAsiaTheme="minorEastAsia" w:csTheme="minorBidi"/>
          <w:b/>
          <w:bCs/>
          <w:color w:val="25343B"/>
          <w:sz w:val="21"/>
          <w:szCs w:val="22"/>
        </w:rPr>
        <w:t>02 8072 8929</w:t>
      </w:r>
      <w:r>
        <w:rPr>
          <w:rFonts w:ascii="Liberation Sans" w:hAnsi="Liberation Sans" w:eastAsia="ＭＳ 明朝" w:cs="Liberation Sans" w:eastAsiaTheme="minorEastAsia" w:csTheme="minorBidi"/>
          <w:color w:val="25343B"/>
          <w:sz w:val="21"/>
          <w:szCs w:val="22"/>
        </w:rPr>
        <w:t xml:space="preserve"> or </w:t>
      </w:r>
      <w:r>
        <w:rPr>
          <w:rFonts w:ascii="Liberation Sans" w:hAnsi="Liberation Sans" w:eastAsia="ＭＳ 明朝" w:cs="Liberation Sans" w:eastAsiaTheme="minorEastAsia" w:csTheme="minorBidi"/>
          <w:b/>
          <w:bCs/>
          <w:color w:val="25343B"/>
          <w:sz w:val="21"/>
          <w:szCs w:val="22"/>
        </w:rPr>
        <w:t>Request A Call Back.</w:t>
      </w:r>
    </w:p>
    <w:p w14:paraId="2C383EC7">
      <w:pPr>
        <w:pStyle w:val="SourceNote"/>
      </w:pPr>
      <w:r>
        <w:rPr>
          <w:rFonts w:ascii="Liberation Sans" w:hAnsi="Liberation Sans" w:eastAsia="ＭＳ 明朝" w:cs="Liberation Sans" w:eastAsiaTheme="minorEastAsia" w:csTheme="minorBidi"/>
          <w:i/>
          <w:iCs/>
          <w:color w:val="5A6870"/>
          <w:sz w:val="18"/>
          <w:szCs w:val="22"/>
        </w:rPr>
        <w:t>Professional Business Plans is a CPA Practice</w:t>
      </w:r>
    </w:p>
    <w:p w14:paraId="1F41D859">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Why choose Professional Business Plans to write your business plan or IM?</w:t>
      </w:r>
    </w:p>
    <w:p w14:paraId="4C2FEFCA">
      <w:pPr>
        <w:pStyle w:val="ListBullet"/>
      </w:pPr>
      <w:r>
        <w:rPr>
          <w:rFonts w:ascii="Liberation Sans" w:hAnsi="Liberation Sans" w:eastAsia="ＭＳ 明朝" w:cs="Liberation Sans" w:eastAsiaTheme="minorEastAsia" w:csTheme="minorBidi"/>
          <w:color w:val="25343B"/>
          <w:sz w:val="21"/>
          <w:szCs w:val="22"/>
        </w:rPr>
        <w:t>We hold strong expertise and over 15 years of experience working with the Australian development an construction sector.</w:t>
      </w:r>
    </w:p>
    <w:p w14:paraId="7DB0E558">
      <w:pPr>
        <w:pStyle w:val="ListBullet"/>
      </w:pPr>
      <w:r>
        <w:rPr>
          <w:rFonts w:ascii="Liberation Sans" w:hAnsi="Liberation Sans" w:eastAsia="ＭＳ 明朝" w:cs="Liberation Sans" w:eastAsiaTheme="minorEastAsia" w:csTheme="minorBidi"/>
          <w:color w:val="25343B"/>
          <w:sz w:val="21"/>
          <w:szCs w:val="22"/>
        </w:rPr>
        <w:t>Our business plans are custom made to fully reflect your concept, expertise, resources, capabilities and needs.</w:t>
      </w:r>
    </w:p>
    <w:p w14:paraId="4C04FC32">
      <w:pPr>
        <w:pStyle w:val="ListBullet"/>
      </w:pPr>
      <w:r>
        <w:rPr>
          <w:rFonts w:ascii="Liberation Sans" w:hAnsi="Liberation Sans" w:eastAsia="ＭＳ 明朝" w:cs="Liberation Sans" w:eastAsiaTheme="minorEastAsia" w:csTheme="minorBidi"/>
          <w:color w:val="25343B"/>
          <w:sz w:val="21"/>
          <w:szCs w:val="22"/>
        </w:rPr>
        <w:t>Our business plans are designed to serve as an effective guide/action plan for your business. They are concise and focused.</w:t>
      </w:r>
    </w:p>
    <w:p w14:paraId="4BF1D234">
      <w:pPr>
        <w:pStyle w:val="ListBullet"/>
      </w:pPr>
      <w:r>
        <w:rPr>
          <w:rFonts w:ascii="Liberation Sans" w:hAnsi="Liberation Sans" w:eastAsia="ＭＳ 明朝" w:cs="Liberation Sans" w:eastAsiaTheme="minorEastAsia" w:csTheme="minorBidi"/>
          <w:color w:val="25343B"/>
          <w:sz w:val="21"/>
          <w:szCs w:val="22"/>
        </w:rPr>
        <w:t>Our business plans are supported by financial plans prepared by experienced CPA accountants with an extensive project accounting experience in the Australian development and construction sector.</w:t>
      </w:r>
    </w:p>
    <w:p w14:paraId="41BE437C">
      <w:pPr>
        <w:pStyle w:val="ListBullet"/>
      </w:pPr>
      <w:r>
        <w:rPr>
          <w:rFonts w:ascii="Liberation Sans" w:hAnsi="Liberation Sans" w:eastAsia="ＭＳ 明朝" w:cs="Liberation Sans" w:eastAsiaTheme="minorEastAsia" w:csTheme="minorBidi"/>
          <w:color w:val="25343B"/>
          <w:sz w:val="21"/>
          <w:szCs w:val="22"/>
        </w:rPr>
        <w:t>Our property development financial plans are detailed, with a particular focus on the construction project stages and the related revenue and costs. We make sure that the numbers we help you project in the financial plan are properly substantiated and can undergo scrutiny of your financiers.</w:t>
      </w:r>
    </w:p>
    <w:p w14:paraId="47FB1154">
      <w:pPr>
        <w:pStyle w:val="ListBullet"/>
      </w:pPr>
      <w:r>
        <w:rPr>
          <w:rFonts w:ascii="Liberation Sans" w:hAnsi="Liberation Sans" w:eastAsia="ＭＳ 明朝" w:cs="Liberation Sans" w:eastAsiaTheme="minorEastAsia" w:csTheme="minorBidi"/>
          <w:color w:val="25343B"/>
          <w:sz w:val="21"/>
          <w:szCs w:val="22"/>
        </w:rPr>
        <w:t>We deliver business plans and information memorandums for property developers in all Australian states and territories, including New South Wales, Victoria, Queensland, Western Australian, South Australia, Tasmania, the Australian Capital Territory and the Northern Territory.</w:t>
      </w:r>
    </w:p>
    <w:p w14:paraId="655D7340">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How much does it cost?</w:t>
      </w:r>
    </w:p>
    <w:p w14:paraId="111988F8">
      <w:pPr>
        <w:pStyle w:val="SourceNote"/>
      </w:pPr>
      <w:r>
        <w:rPr>
          <w:rFonts w:ascii="Liberation Sans" w:hAnsi="Liberation Sans" w:eastAsia="ＭＳ 明朝" w:cs="Liberation Sans" w:eastAsiaTheme="minorEastAsia" w:csTheme="minorBidi"/>
          <w:i/>
          <w:iCs/>
          <w:color w:val="5A6870"/>
          <w:sz w:val="18"/>
          <w:szCs w:val="22"/>
        </w:rPr>
        <w:t>Source-stated service pricing</w:t>
      </w:r>
    </w:p>
    <w:p w14:paraId="7BFB9B5F">
      <w:pPr>
        <w:spacing w:after="120" w:line="269" w:lineRule="auto"/>
      </w:pPr>
      <w:r>
        <w:rPr>
          <w:rFonts w:ascii="Liberation Sans" w:hAnsi="Liberation Sans" w:eastAsia="ＭＳ 明朝" w:cs="Liberation Sans" w:eastAsiaTheme="minorEastAsia" w:csTheme="minorBidi"/>
          <w:color w:val="25343B"/>
          <w:sz w:val="21"/>
          <w:szCs w:val="22"/>
        </w:rPr>
        <w:t>Our business plans or IMs for property developers costs from $1,485 incl. GST.</w:t>
      </w:r>
    </w:p>
    <w:p w14:paraId="5334EA2E">
      <w:pPr>
        <w:spacing w:after="120" w:line="269" w:lineRule="auto"/>
      </w:pPr>
      <w:r>
        <w:rPr>
          <w:rFonts w:ascii="Liberation Sans" w:hAnsi="Liberation Sans" w:eastAsia="ＭＳ 明朝" w:cs="Liberation Sans" w:eastAsiaTheme="minorEastAsia" w:csTheme="minorBidi"/>
          <w:color w:val="25343B"/>
          <w:sz w:val="21"/>
          <w:szCs w:val="22"/>
        </w:rPr>
        <w:t>ABN 98 102 344 585</w:t>
      </w:r>
    </w:p>
    <w:p w14:paraId="2B7C4C56">
      <w:pPr>
        <w:spacing w:after="120" w:line="269" w:lineRule="auto"/>
      </w:pPr>
      <w:r>
        <w:rPr>
          <w:rFonts w:ascii="Liberation Sans" w:hAnsi="Liberation Sans" w:eastAsia="ＭＳ 明朝" w:cs="Liberation Sans" w:eastAsiaTheme="minorEastAsia" w:csTheme="minorBidi"/>
          <w:color w:val="25343B"/>
          <w:sz w:val="21"/>
          <w:szCs w:val="22"/>
        </w:rPr>
        <w:t>Professional Business Plans is a CPA Practice</w:t>
      </w:r>
    </w:p>
    <w:p w14:paraId="1F706C9D">
      <w:pPr>
        <w:spacing w:after="120" w:line="269" w:lineRule="auto"/>
      </w:pPr>
      <w:r>
        <w:rPr>
          <w:rFonts w:ascii="Liberation Sans" w:hAnsi="Liberation Sans" w:eastAsia="ＭＳ 明朝" w:cs="Liberation Sans" w:eastAsiaTheme="minorEastAsia" w:csTheme="minorBidi"/>
          <w:i/>
          <w:iCs/>
          <w:color w:val="25343B"/>
          <w:sz w:val="21"/>
          <w:szCs w:val="22"/>
        </w:rPr>
        <w:t>Liability limited by a scheme approved under Professional Standards Legislation</w:t>
      </w:r>
    </w:p>
    <w:p w14:paraId="658E68A2">
      <w:pPr>
        <w:spacing w:after="120" w:line="269" w:lineRule="auto"/>
      </w:pPr>
      <w:r>
        <w:rPr>
          <w:rFonts w:ascii="Liberation Sans" w:hAnsi="Liberation Sans" w:eastAsia="ＭＳ 明朝" w:cs="Liberation Sans" w:eastAsiaTheme="minorEastAsia" w:csTheme="minorBidi"/>
          <w:b/>
          <w:bCs/>
          <w:color w:val="25343B"/>
          <w:sz w:val="21"/>
          <w:szCs w:val="22"/>
        </w:rPr>
        <w:t>We write professional business plans for property developers across Australia, including Sydney, Melbourne, Brisbane, Gold Coast, Sunshine Coast, Cairns, Darwin, Perth, Adelaide and Hobart.</w:t>
      </w:r>
    </w:p>
    <w:p w14:paraId="4FB8F7D2">
      <w:pPr>
        <w:pageBreakBefore/>
        <w:spacing w:after="120" w:line="269" w:lineRule="auto"/>
      </w:pPr>
      <w:r>
        <w:lastRenderedPageBreak/>
      </w:r>
    </w:p>
    <w:p w14:paraId="49C21B4E">
      <w:pPr>
        <w:pStyle w:val="SourceLabel"/>
      </w:pPr>
      <w:r>
        <w:rPr>
          <w:rFonts w:ascii="Liberation Sans" w:hAnsi="Liberation Sans" w:eastAsia="ＭＳ 明朝" w:cs="Liberation Sans" w:eastAsiaTheme="minorEastAsia" w:csTheme="minorBidi"/>
          <w:b/>
          <w:bCs/>
          <w:color w:val="326A74"/>
          <w:sz w:val="18"/>
          <w:szCs w:val="22"/>
        </w:rPr>
        <w:t xml:space="preserve">SOURCE 05  |  VENNGAGE</w:t>
      </w:r>
    </w:p>
    <w:p w14:paraId="54145D4B">
      <w:pPr>
        <w:pStyle w:val="Heading1"/>
      </w:pPr>
      <w:bookmarkStart w:id="6" w:name="source_5"/>
      <w:r>
        <w:rPr>
          <w:rFonts w:ascii="Liberation Sans" w:hAnsi="Liberation Sans" w:eastAsia="ＭＳ ゴシック" w:cs="Liberation Sans" w:asciiTheme="majorHAnsi" w:hAnsiTheme="majorHAnsi" w:eastAsiaTheme="majorEastAsia" w:csTheme="majorBidi"/>
          <w:b/>
          <w:bCs/>
          <w:color w:val="17384A"/>
          <w:sz w:val="40"/>
          <w:szCs w:val="28"/>
        </w:rPr>
        <w:t>9 Real Estate Business Plan Examples &amp; How to Create One?</w:t>
      </w:r>
      <w:bookmarkEnd w:id="6"/>
    </w:p>
    <w:p w14:paraId="5B81525C">
      <w:pPr>
        <w:pStyle w:val="SourceNote"/>
      </w:pPr>
      <w:r>
        <w:rPr>
          <w:rFonts w:ascii="Liberation Sans" w:hAnsi="Liberation Sans" w:eastAsia="ＭＳ 明朝" w:cs="Liberation Sans" w:eastAsiaTheme="minorEastAsia" w:csTheme="minorBidi"/>
          <w:i/>
          <w:iCs/>
          <w:color w:val="5A6870"/>
          <w:sz w:val="18"/>
          <w:szCs w:val="22"/>
        </w:rPr>
        <w:t>Original article title above; the source body is headed "8 Real estate business plan examples".</w:t>
      </w:r>
    </w:p>
    <w:p w14:paraId="724445AB">
      <w:pPr>
        <w:spacing w:after="120" w:line="269" w:lineRule="auto"/>
      </w:pPr>
      <w:r>
        <w:rPr>
          <w:rFonts w:ascii="Liberation Sans" w:hAnsi="Liberation Sans" w:eastAsia="ＭＳ 明朝" w:cs="Liberation Sans" w:eastAsiaTheme="minorEastAsia" w:csTheme="minorBidi"/>
          <w:color w:val="25343B"/>
          <w:sz w:val="21"/>
          <w:szCs w:val="22"/>
        </w:rPr>
        <w:t>Crafting a business plan is essential for any business and the real estate sector is no exception. In real estate, a comprehensive business plan guides owners, agents and brokers through various critical aspects such as identifying target markets, devising effective marketing strategies, planning finances and managing client relationships.</w:t>
      </w:r>
    </w:p>
    <w:p w14:paraId="131349FE">
      <w:pPr>
        <w:spacing w:after="120" w:line="269" w:lineRule="auto"/>
      </w:pPr>
      <w:r>
        <w:rPr>
          <w:rFonts w:ascii="Liberation Sans" w:hAnsi="Liberation Sans" w:eastAsia="ＭＳ 明朝" w:cs="Liberation Sans" w:eastAsiaTheme="minorEastAsia" w:csTheme="minorBidi"/>
          <w:color w:val="25343B"/>
          <w:sz w:val="21"/>
          <w:szCs w:val="22"/>
        </w:rPr>
        <w:t>For real estate businesses, a well-written plan is crucial in attracting potential investors, showcasing the company’s mission statement, business model and long-term income goals.</w:t>
      </w:r>
    </w:p>
    <w:p w14:paraId="6C336298">
      <w:pPr>
        <w:spacing w:after="120" w:line="269" w:lineRule="auto"/>
      </w:pPr>
      <w:r>
        <w:rPr>
          <w:rFonts w:ascii="Liberation Sans" w:hAnsi="Liberation Sans" w:eastAsia="ＭＳ 明朝" w:cs="Liberation Sans" w:eastAsiaTheme="minorEastAsia" w:csTheme="minorBidi"/>
          <w:b/>
          <w:bCs/>
          <w:color w:val="25343B"/>
          <w:sz w:val="21"/>
          <w:szCs w:val="22"/>
        </w:rPr>
        <w:t>So, how can you write one?</w:t>
      </w:r>
    </w:p>
    <w:p w14:paraId="21C5B5B0">
      <w:pPr>
        <w:spacing w:after="120" w:line="269" w:lineRule="auto"/>
      </w:pPr>
      <w:r>
        <w:rPr>
          <w:rFonts w:ascii="Liberation Sans" w:hAnsi="Liberation Sans" w:eastAsia="ＭＳ 明朝" w:cs="Liberation Sans" w:eastAsiaTheme="minorEastAsia" w:csTheme="minorBidi"/>
          <w:color w:val="25343B"/>
          <w:sz w:val="21"/>
          <w:szCs w:val="22"/>
        </w:rPr>
        <w:t>Leveraging tools like Venngage Business Plan Maker with their Business Plan Templates to create your own real estate business plan can be transformative.</w:t>
      </w:r>
    </w:p>
    <w:p w14:paraId="6C6B8A71">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8 Real estate business plan examples</w:t>
      </w:r>
    </w:p>
    <w:p w14:paraId="7FE8F092">
      <w:pPr>
        <w:spacing w:after="120" w:line="269" w:lineRule="auto"/>
      </w:pPr>
      <w:r>
        <w:rPr>
          <w:rFonts w:ascii="Liberation Sans" w:hAnsi="Liberation Sans" w:eastAsia="ＭＳ 明朝" w:cs="Liberation Sans" w:eastAsiaTheme="minorEastAsia" w:csTheme="minorBidi"/>
          <w:color w:val="25343B"/>
          <w:sz w:val="21"/>
          <w:szCs w:val="22"/>
        </w:rPr>
        <w:t>Let’s explore the different types of business plan examples for real estate investment, partnership, etc</w:t>
      </w:r>
    </w:p>
    <w:p w14:paraId="6F75CB47">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1. Real estate business plan example</w:t>
      </w:r>
    </w:p>
    <w:p w14:paraId="3B81B4A7">
      <w:pPr>
        <w:spacing w:after="120" w:line="269" w:lineRule="auto"/>
      </w:pPr>
      <w:r>
        <w:rPr>
          <w:rFonts w:ascii="Liberation Sans" w:hAnsi="Liberation Sans" w:eastAsia="ＭＳ 明朝" w:cs="Liberation Sans" w:eastAsiaTheme="minorEastAsia" w:csTheme="minorBidi"/>
          <w:color w:val="25343B"/>
          <w:sz w:val="21"/>
          <w:szCs w:val="22"/>
        </w:rPr>
        <w:t>There are various elements in a real estate mobile app development plan that must be integrated. Incorporating these elements into a real estate business plan ensures a comprehensive approach to launching and growing a successful real estate business.</w:t>
      </w:r>
    </w:p>
    <w:p w14:paraId="57DA7DF7">
      <w:pPr>
        <w:spacing w:after="120" w:line="269" w:lineRule="auto"/>
      </w:pPr>
      <w:r>
        <w:rPr>
          <w:rFonts w:ascii="Liberation Sans" w:hAnsi="Liberation Sans" w:eastAsia="ＭＳ 明朝" w:cs="Liberation Sans" w:eastAsiaTheme="minorEastAsia" w:csTheme="minorBidi"/>
          <w:color w:val="25343B"/>
          <w:sz w:val="21"/>
          <w:szCs w:val="22"/>
        </w:rPr>
        <w:t>What are they?</w:t>
      </w:r>
    </w:p>
    <w:p w14:paraId="0E852E1C">
      <w:pPr>
        <w:pStyle w:val="ListBullet"/>
      </w:pPr>
      <w:r>
        <w:rPr>
          <w:rFonts w:ascii="Liberation Sans" w:hAnsi="Liberation Sans" w:eastAsia="ＭＳ 明朝" w:cs="Liberation Sans" w:eastAsiaTheme="minorEastAsia" w:csTheme="minorBidi"/>
          <w:b/>
          <w:bCs/>
          <w:color w:val="25343B"/>
          <w:sz w:val="21"/>
          <w:szCs w:val="22"/>
        </w:rPr>
        <w:t>Executive summary:</w:t>
      </w:r>
      <w:r>
        <w:rPr>
          <w:rFonts w:ascii="Liberation Sans" w:hAnsi="Liberation Sans" w:eastAsia="ＭＳ 明朝" w:cs="Liberation Sans" w:eastAsiaTheme="minorEastAsia" w:csTheme="minorBidi"/>
          <w:color w:val="25343B"/>
          <w:sz w:val="21"/>
          <w:szCs w:val="22"/>
        </w:rPr>
        <w:t xml:space="preserve"> The executive summary is a concise overview of the real estate business plan. It highlights the mission statement, outlines the business goals and provides a snapshot of the overall strategy.</w:t>
      </w:r>
    </w:p>
    <w:p w14:paraId="050F5F99">
      <w:pPr>
        <w:pStyle w:val="ListBullet"/>
      </w:pPr>
      <w:r>
        <w:rPr>
          <w:rFonts w:ascii="Liberation Sans" w:hAnsi="Liberation Sans" w:eastAsia="ＭＳ 明朝" w:cs="Liberation Sans" w:eastAsiaTheme="minorEastAsia" w:csTheme="minorBidi"/>
          <w:b/>
          <w:bCs/>
          <w:color w:val="25343B"/>
          <w:sz w:val="21"/>
          <w:szCs w:val="22"/>
        </w:rPr>
        <w:t>Company overview:</w:t>
      </w:r>
      <w:r>
        <w:rPr>
          <w:rFonts w:ascii="Liberation Sans" w:hAnsi="Liberation Sans" w:eastAsia="ＭＳ 明朝" w:cs="Liberation Sans" w:eastAsiaTheme="minorEastAsia" w:csTheme="minorBidi"/>
          <w:color w:val="25343B"/>
          <w:sz w:val="21"/>
          <w:szCs w:val="22"/>
        </w:rPr>
        <w:t xml:space="preserve"> An overview on the history and structure of the real estate business. It includes the company’s mission and vision statements, information about the founding team and the legal structure of the business.</w:t>
      </w:r>
    </w:p>
    <w:p w14:paraId="1479C0D3">
      <w:pPr>
        <w:pStyle w:val="ListBullet"/>
      </w:pPr>
      <w:r>
        <w:rPr>
          <w:rFonts w:ascii="Liberation Sans" w:hAnsi="Liberation Sans" w:eastAsia="ＭＳ 明朝" w:cs="Liberation Sans" w:eastAsiaTheme="minorEastAsia" w:csTheme="minorBidi"/>
          <w:b/>
          <w:bCs/>
          <w:color w:val="25343B"/>
          <w:sz w:val="21"/>
          <w:szCs w:val="22"/>
        </w:rPr>
        <w:t>Service:</w:t>
      </w:r>
      <w:r>
        <w:rPr>
          <w:rFonts w:ascii="Liberation Sans" w:hAnsi="Liberation Sans" w:eastAsia="ＭＳ 明朝" w:cs="Liberation Sans" w:eastAsiaTheme="minorEastAsia" w:csTheme="minorBidi"/>
          <w:color w:val="25343B"/>
          <w:sz w:val="21"/>
          <w:szCs w:val="22"/>
        </w:rPr>
        <w:t xml:space="preserve"> Here, the business plan details the specific services offered by the real estate agency. This could range from residential property sales and leasing to commercial real estate businesses like airbnb management sydney. The section should clearly articulate how these services meet the needs of the target client and how they stand out from competitors.</w:t>
      </w:r>
    </w:p>
    <w:p w14:paraId="684F3B51">
      <w:pPr>
        <w:pStyle w:val="ListBullet"/>
      </w:pPr>
      <w:r>
        <w:rPr>
          <w:rFonts w:ascii="Liberation Sans" w:hAnsi="Liberation Sans" w:eastAsia="ＭＳ 明朝" w:cs="Liberation Sans" w:eastAsiaTheme="minorEastAsia" w:csTheme="minorBidi"/>
          <w:b/>
          <w:bCs/>
          <w:color w:val="25343B"/>
          <w:sz w:val="21"/>
          <w:szCs w:val="22"/>
        </w:rPr>
        <w:t>Strategies:</w:t>
      </w:r>
      <w:r>
        <w:rPr>
          <w:rFonts w:ascii="Liberation Sans" w:hAnsi="Liberation Sans" w:eastAsia="ＭＳ 明朝" w:cs="Liberation Sans" w:eastAsiaTheme="minorEastAsia" w:csTheme="minorBidi"/>
          <w:color w:val="25343B"/>
          <w:sz w:val="21"/>
          <w:szCs w:val="22"/>
        </w:rPr>
        <w:t xml:space="preserve"> A very crucial part of the plan outlines the strategies for achieving business goals. It covers marketing strategies to generate leads, pricing strategies for services, and tactics for effective client relationship management. Strategies for navigating market shifts, identifying key market trends, leveraging AI in real estate, and using online resources for property listings and real estate listing presentations to support lead generation are also included.</w:t>
      </w:r>
    </w:p>
    <w:p w14:paraId="1BAC4890">
      <w:pPr>
        <w:pStyle w:val="ListBullet"/>
      </w:pPr>
      <w:r>
        <w:rPr>
          <w:rFonts w:ascii="Liberation Sans" w:hAnsi="Liberation Sans" w:eastAsia="ＭＳ 明朝" w:cs="Liberation Sans" w:eastAsiaTheme="minorEastAsia" w:csTheme="minorBidi"/>
          <w:b/>
          <w:bCs/>
          <w:color w:val="25343B"/>
          <w:sz w:val="21"/>
          <w:szCs w:val="22"/>
        </w:rPr>
        <w:t>Financial plan:</w:t>
      </w:r>
      <w:r>
        <w:rPr>
          <w:rFonts w:ascii="Liberation Sans" w:hAnsi="Liberation Sans" w:eastAsia="ＭＳ 明朝" w:cs="Liberation Sans" w:eastAsiaTheme="minorEastAsia" w:csTheme="minorBidi"/>
          <w:color w:val="25343B"/>
          <w:sz w:val="21"/>
          <w:szCs w:val="22"/>
        </w:rPr>
        <w:t xml:space="preserve"> The financial plan is a comprehensive section detailing the financial projections of the business. Exploring funding avenues is an essential aspect of building a robust business plan. For real estate professionals and investors, understanding different financing options, such as exploring SBA loan options, can be valuable. These loans provide substantial benefits like lower down payments and longer repayment terms which are crucial for scaling operations and securing resources needed for growth in the competitive real estate market. It includes income statements, cash flow statements, break-even analysis and financial goals. Besides, a financial plan section also outlines how resources will be allocated to different areas of the business and the approach to managing the financial aspects of the real estate market, such as average sales price and housing market trends.</w:t>
      </w:r>
    </w:p>
    <w:p w14:paraId="4DAA084A">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Real estate investment business plan example</w:t>
      </w:r>
    </w:p>
    <w:p w14:paraId="7FF2A99A">
      <w:pPr>
        <w:spacing w:after="120" w:line="269" w:lineRule="auto"/>
      </w:pPr>
      <w:r>
        <w:rPr>
          <w:rFonts w:ascii="Liberation Sans" w:hAnsi="Liberation Sans" w:eastAsia="ＭＳ 明朝" w:cs="Liberation Sans" w:eastAsiaTheme="minorEastAsia" w:csTheme="minorBidi"/>
          <w:color w:val="25343B"/>
          <w:sz w:val="21"/>
          <w:szCs w:val="22"/>
        </w:rPr>
        <w:t>A real estate investment business plan is a comprehensive blueprint that outlines the goals and strategies of a real estate investment venture. It serves as a real estate company roadmap, ensuring that all facets of real estate investment are meticulously considered.</w:t>
      </w:r>
    </w:p>
    <w:p w14:paraId="69A8B890">
      <w:pPr>
        <w:spacing w:after="120" w:line="269" w:lineRule="auto"/>
      </w:pPr>
      <w:r>
        <w:rPr>
          <w:rFonts w:ascii="Liberation Sans" w:hAnsi="Liberation Sans" w:eastAsia="ＭＳ 明朝" w:cs="Liberation Sans" w:eastAsiaTheme="minorEastAsia" w:csTheme="minorBidi"/>
          <w:color w:val="25343B"/>
          <w:sz w:val="21"/>
          <w:szCs w:val="22"/>
        </w:rPr>
        <w:t>Creating a business plan for real estate investment is a critical step for any investor, regardless of their experience level. Typically, these plans span one to five years, offering a detailed property investment strategy for future company objectives and the steps required to achieve them.</w:t>
      </w:r>
    </w:p>
    <w:p w14:paraId="6C5DF805">
      <w:pPr>
        <w:spacing w:after="120" w:line="269" w:lineRule="auto"/>
      </w:pPr>
      <w:r>
        <w:rPr>
          <w:rFonts w:ascii="Liberation Sans" w:hAnsi="Liberation Sans" w:eastAsia="ＭＳ 明朝" w:cs="Liberation Sans" w:eastAsiaTheme="minorEastAsia" w:csTheme="minorBidi"/>
          <w:b/>
          <w:bCs/>
          <w:color w:val="25343B"/>
          <w:sz w:val="21"/>
          <w:szCs w:val="22"/>
        </w:rPr>
        <w:t>Key components:</w:t>
      </w:r>
    </w:p>
    <w:p w14:paraId="49B34791">
      <w:pPr>
        <w:pStyle w:val="ListBullet"/>
      </w:pPr>
      <w:r>
        <w:rPr>
          <w:rFonts w:ascii="Liberation Sans" w:hAnsi="Liberation Sans" w:eastAsia="ＭＳ 明朝" w:cs="Liberation Sans" w:eastAsiaTheme="minorEastAsia" w:csTheme="minorBidi"/>
          <w:b/>
          <w:bCs/>
          <w:color w:val="25343B"/>
          <w:sz w:val="21"/>
          <w:szCs w:val="22"/>
        </w:rPr>
        <w:t>Executive summary:</w:t>
      </w:r>
      <w:r>
        <w:rPr>
          <w:rFonts w:ascii="Liberation Sans" w:hAnsi="Liberation Sans" w:eastAsia="ＭＳ 明朝" w:cs="Liberation Sans" w:eastAsiaTheme="minorEastAsia" w:csTheme="minorBidi"/>
          <w:color w:val="25343B"/>
          <w:sz w:val="21"/>
          <w:szCs w:val="22"/>
        </w:rPr>
        <w:t xml:space="preserve"> Snapshot of the business, outlining its mission statement, target market, and core strategies. It should be compelling enough to attract potential investors and partners.</w:t>
      </w:r>
    </w:p>
    <w:p w14:paraId="06376AC5">
      <w:pPr>
        <w:pStyle w:val="ListBullet"/>
      </w:pPr>
      <w:r>
        <w:rPr>
          <w:rFonts w:ascii="Liberation Sans" w:hAnsi="Liberation Sans" w:eastAsia="ＭＳ 明朝" w:cs="Liberation Sans" w:eastAsiaTheme="minorEastAsia" w:csTheme="minorBidi"/>
          <w:b/>
          <w:bCs/>
          <w:color w:val="25343B"/>
          <w:sz w:val="21"/>
          <w:szCs w:val="22"/>
        </w:rPr>
        <w:t>Market analysis:</w:t>
      </w:r>
      <w:r>
        <w:rPr>
          <w:rFonts w:ascii="Liberation Sans" w:hAnsi="Liberation Sans" w:eastAsia="ＭＳ 明朝" w:cs="Liberation Sans" w:eastAsiaTheme="minorEastAsia" w:csTheme="minorBidi"/>
          <w:color w:val="25343B"/>
          <w:sz w:val="21"/>
          <w:szCs w:val="22"/>
        </w:rPr>
        <w:t xml:space="preserve"> An in-depth analysis of the real estate market, including trends, pricing, and potential shifts, is essential for crafting a strong business plan. Leveraging real estate analytics can provide valuable insights to help realtors and agents make informed decisions and adapt to changing market conditions.</w:t>
      </w:r>
    </w:p>
    <w:p w14:paraId="16C96F6C">
      <w:pPr>
        <w:pStyle w:val="ListBullet"/>
      </w:pPr>
      <w:r>
        <w:rPr>
          <w:rFonts w:ascii="Liberation Sans" w:hAnsi="Liberation Sans" w:eastAsia="ＭＳ 明朝" w:cs="Liberation Sans" w:eastAsiaTheme="minorEastAsia" w:csTheme="minorBidi"/>
          <w:b/>
          <w:bCs/>
          <w:color w:val="25343B"/>
          <w:sz w:val="21"/>
          <w:szCs w:val="22"/>
        </w:rPr>
        <w:t>Financial projections:</w:t>
      </w:r>
      <w:r>
        <w:rPr>
          <w:rFonts w:ascii="Liberation Sans" w:hAnsi="Liberation Sans" w:eastAsia="ＭＳ 明朝" w:cs="Liberation Sans" w:eastAsiaTheme="minorEastAsia" w:csTheme="minorBidi"/>
          <w:color w:val="25343B"/>
          <w:sz w:val="21"/>
          <w:szCs w:val="22"/>
        </w:rPr>
        <w:t xml:space="preserve"> Detailed financial plans, including income statements, cash flow analysis, and break-even analysis.</w:t>
      </w:r>
    </w:p>
    <w:p w14:paraId="5CDB0B21">
      <w:pPr>
        <w:pStyle w:val="ListBullet"/>
      </w:pPr>
      <w:r>
        <w:rPr>
          <w:rFonts w:ascii="Liberation Sans" w:hAnsi="Liberation Sans" w:eastAsia="ＭＳ 明朝" w:cs="Liberation Sans" w:eastAsiaTheme="minorEastAsia" w:csTheme="minorBidi"/>
          <w:b/>
          <w:bCs/>
          <w:color w:val="25343B"/>
          <w:sz w:val="21"/>
          <w:szCs w:val="22"/>
        </w:rPr>
        <w:t>Strategy &amp; implementation:</w:t>
      </w:r>
      <w:r>
        <w:rPr>
          <w:rFonts w:ascii="Liberation Sans" w:hAnsi="Liberation Sans" w:eastAsia="ＭＳ 明朝" w:cs="Liberation Sans" w:eastAsiaTheme="minorEastAsia" w:csTheme="minorBidi"/>
          <w:color w:val="25343B"/>
          <w:sz w:val="21"/>
          <w:szCs w:val="22"/>
        </w:rPr>
        <w:t xml:space="preserve"> Outlines how the business plans to achieve its goals. This includes marketing efforts to generate leads, pricing strategies, client relationship management techniques, and the integration of effective real estate digital marketing agency initiatives.</w:t>
      </w:r>
    </w:p>
    <w:p w14:paraId="32DFF999">
      <w:pPr>
        <w:pStyle w:val="ListBullet"/>
      </w:pPr>
      <w:r>
        <w:rPr>
          <w:rFonts w:ascii="Liberation Sans" w:hAnsi="Liberation Sans" w:eastAsia="ＭＳ 明朝" w:cs="Liberation Sans" w:eastAsiaTheme="minorEastAsia" w:csTheme="minorBidi"/>
          <w:b/>
          <w:bCs/>
          <w:color w:val="25343B"/>
          <w:sz w:val="21"/>
          <w:szCs w:val="22"/>
        </w:rPr>
        <w:t>Legal structure &amp; resource allocation</w:t>
      </w:r>
      <w:r>
        <w:rPr>
          <w:rFonts w:ascii="Liberation Sans" w:hAnsi="Liberation Sans" w:eastAsia="ＭＳ 明朝" w:cs="Liberation Sans" w:eastAsiaTheme="minorEastAsia" w:csTheme="minorBidi"/>
          <w:color w:val="25343B"/>
          <w:sz w:val="21"/>
          <w:szCs w:val="22"/>
        </w:rPr>
        <w:t>: Details the legal structure of the business and how resources will be allocated across various operations, including property acquisitions, renovations and management, and rent collection strategies that support ongoing cash flow.</w:t>
      </w:r>
    </w:p>
    <w:p w14:paraId="7504DCBD">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Real estate agent business plan example</w:t>
      </w:r>
    </w:p>
    <w:p w14:paraId="3085551E">
      <w:pPr>
        <w:spacing w:after="120" w:line="269" w:lineRule="auto"/>
      </w:pPr>
      <w:r>
        <w:rPr>
          <w:rFonts w:ascii="Liberation Sans" w:hAnsi="Liberation Sans" w:eastAsia="ＭＳ 明朝" w:cs="Liberation Sans" w:eastAsiaTheme="minorEastAsia" w:csTheme="minorBidi"/>
          <w:color w:val="25343B"/>
          <w:sz w:val="21"/>
          <w:szCs w:val="22"/>
        </w:rPr>
        <w:t>A real estate agent business plan is a strategic document that outlines the operations and goals of a real estate agent or agency. It is a crucial tool for communicating with potential lenders, partners or shareholders about the nature of the business and its potential for profitability.</w:t>
      </w:r>
    </w:p>
    <w:p w14:paraId="6CFBC082">
      <w:pPr>
        <w:spacing w:after="120" w:line="269" w:lineRule="auto"/>
      </w:pPr>
      <w:r>
        <w:rPr>
          <w:rFonts w:ascii="Liberation Sans" w:hAnsi="Liberation Sans" w:eastAsia="ＭＳ 明朝" w:cs="Liberation Sans" w:eastAsiaTheme="minorEastAsia" w:csTheme="minorBidi"/>
          <w:color w:val="25343B"/>
          <w:sz w:val="21"/>
          <w:szCs w:val="22"/>
        </w:rPr>
        <w:t>A well-crafted real estate agent business plan will include</w:t>
      </w:r>
    </w:p>
    <w:p w14:paraId="3B1190FE">
      <w:pPr>
        <w:pStyle w:val="ListBullet"/>
      </w:pPr>
      <w:r>
        <w:rPr>
          <w:rFonts w:ascii="Liberation Sans" w:hAnsi="Liberation Sans" w:eastAsia="ＭＳ 明朝" w:cs="Liberation Sans" w:eastAsiaTheme="minorEastAsia" w:csTheme="minorBidi"/>
          <w:b/>
          <w:bCs/>
          <w:color w:val="25343B"/>
          <w:sz w:val="21"/>
          <w:szCs w:val="22"/>
        </w:rPr>
        <w:t>Where you are today:</w:t>
      </w:r>
      <w:r>
        <w:rPr>
          <w:rFonts w:ascii="Liberation Sans" w:hAnsi="Liberation Sans" w:eastAsia="ＭＳ 明朝" w:cs="Liberation Sans" w:eastAsiaTheme="minorEastAsia" w:csTheme="minorBidi"/>
          <w:color w:val="25343B"/>
          <w:sz w:val="21"/>
          <w:szCs w:val="22"/>
        </w:rPr>
        <w:t xml:space="preserve"> A clear understanding of your current position in the market, including strengths, weaknesses and market standing.</w:t>
      </w:r>
    </w:p>
    <w:p w14:paraId="0E8DD38A">
      <w:pPr>
        <w:pStyle w:val="ListBullet"/>
      </w:pPr>
      <w:r>
        <w:rPr>
          <w:rFonts w:ascii="Liberation Sans" w:hAnsi="Liberation Sans" w:eastAsia="ＭＳ 明朝" w:cs="Liberation Sans" w:eastAsiaTheme="minorEastAsia" w:csTheme="minorBidi"/>
          <w:b/>
          <w:bCs/>
          <w:color w:val="25343B"/>
          <w:sz w:val="21"/>
          <w:szCs w:val="22"/>
        </w:rPr>
        <w:t>Where you aim to be:</w:t>
      </w:r>
      <w:r>
        <w:rPr>
          <w:rFonts w:ascii="Liberation Sans" w:hAnsi="Liberation Sans" w:eastAsia="ＭＳ 明朝" w:cs="Liberation Sans" w:eastAsiaTheme="minorEastAsia" w:csTheme="minorBidi"/>
          <w:color w:val="25343B"/>
          <w:sz w:val="21"/>
          <w:szCs w:val="22"/>
        </w:rPr>
        <w:t xml:space="preserve"> Sets specific, measurable goals for future growth, whether it’s expanding the client base, entering new markets or increasing sales.</w:t>
      </w:r>
    </w:p>
    <w:p w14:paraId="41934BE3">
      <w:pPr>
        <w:pStyle w:val="ListBullet"/>
      </w:pPr>
      <w:r>
        <w:rPr>
          <w:rFonts w:ascii="Liberation Sans" w:hAnsi="Liberation Sans" w:eastAsia="ＭＳ 明朝" w:cs="Liberation Sans" w:eastAsiaTheme="minorEastAsia" w:csTheme="minorBidi"/>
          <w:b/>
          <w:bCs/>
          <w:color w:val="25343B"/>
          <w:sz w:val="21"/>
          <w:szCs w:val="22"/>
        </w:rPr>
        <w:t>How can you get there:</w:t>
      </w:r>
      <w:r>
        <w:rPr>
          <w:rFonts w:ascii="Liberation Sans" w:hAnsi="Liberation Sans" w:eastAsia="ＭＳ 明朝" w:cs="Liberation Sans" w:eastAsiaTheme="minorEastAsia" w:csTheme="minorBidi"/>
          <w:color w:val="25343B"/>
          <w:sz w:val="21"/>
          <w:szCs w:val="22"/>
        </w:rPr>
        <w:t xml:space="preserve"> Outlines the real estate marketing strategy and action plan to achieve these goals, including marketing campaigns, client acquisition strategies and business development initiatives.</w:t>
      </w:r>
    </w:p>
    <w:p w14:paraId="1DA3A719">
      <w:pPr>
        <w:pStyle w:val="ListBullet"/>
      </w:pPr>
      <w:r>
        <w:rPr>
          <w:rFonts w:ascii="Liberation Sans" w:hAnsi="Liberation Sans" w:eastAsia="ＭＳ 明朝" w:cs="Liberation Sans" w:eastAsiaTheme="minorEastAsia" w:csTheme="minorBidi"/>
          <w:b/>
          <w:bCs/>
          <w:color w:val="25343B"/>
          <w:sz w:val="21"/>
          <w:szCs w:val="22"/>
        </w:rPr>
        <w:t>Measuring your performance:</w:t>
      </w:r>
      <w:r>
        <w:rPr>
          <w:rFonts w:ascii="Liberation Sans" w:hAnsi="Liberation Sans" w:eastAsia="ＭＳ 明朝" w:cs="Liberation Sans" w:eastAsiaTheme="minorEastAsia" w:csTheme="minorBidi"/>
          <w:color w:val="25343B"/>
          <w:sz w:val="21"/>
          <w:szCs w:val="22"/>
        </w:rPr>
        <w:t xml:space="preserve"> Defines the key performance indicators (KPIs) and metrics to assess progress towards the set goals, such as sales figures, client satisfaction rates and market share.</w:t>
      </w:r>
    </w:p>
    <w:p w14:paraId="08B77A1D">
      <w:pPr>
        <w:pStyle w:val="ListBullet"/>
      </w:pPr>
      <w:r>
        <w:rPr>
          <w:rFonts w:ascii="Liberation Sans" w:hAnsi="Liberation Sans" w:eastAsia="ＭＳ 明朝" w:cs="Liberation Sans" w:eastAsiaTheme="minorEastAsia" w:csTheme="minorBidi"/>
          <w:b/>
          <w:bCs/>
          <w:color w:val="25343B"/>
          <w:sz w:val="21"/>
          <w:szCs w:val="22"/>
        </w:rPr>
        <w:t>Course correction:</w:t>
      </w:r>
      <w:r>
        <w:rPr>
          <w:rFonts w:ascii="Liberation Sans" w:hAnsi="Liberation Sans" w:eastAsia="ＭＳ 明朝" w:cs="Liberation Sans" w:eastAsiaTheme="minorEastAsia" w:csTheme="minorBidi"/>
          <w:color w:val="25343B"/>
          <w:sz w:val="21"/>
          <w:szCs w:val="22"/>
        </w:rPr>
        <w:t xml:space="preserve"> Establishes a process for regular review and adjustment of the plan, ensuring flexibility to adapt to market changes, shifts in client needs and other external factors.</w:t>
      </w:r>
    </w:p>
    <w:p w14:paraId="35BF4951">
      <w:pPr>
        <w:spacing w:after="120" w:line="269" w:lineRule="auto"/>
      </w:pPr>
      <w:r>
        <w:rPr>
          <w:rFonts w:ascii="Liberation Sans" w:hAnsi="Liberation Sans" w:eastAsia="ＭＳ 明朝" w:cs="Liberation Sans" w:eastAsiaTheme="minorEastAsia" w:csTheme="minorBidi"/>
          <w:color w:val="25343B"/>
          <w:sz w:val="21"/>
          <w:szCs w:val="22"/>
        </w:rPr>
        <w:t>For real estate agents, a comprehensive business plan is not just a roadmap to success; it is a dynamic tool that keeps them accountable and adaptable to market changes. To give your client-acquisition strategy a boost, you might also consider to buy real estate leads from verified providers to feed your pipeline with interested prospects, then use dialers for real estate to reach them faster and turn leads into appointments.</w:t>
      </w:r>
    </w:p>
    <w:p w14:paraId="730D5279">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Realtor business plan example</w:t>
      </w:r>
    </w:p>
    <w:p w14:paraId="297B77D7">
      <w:pPr>
        <w:spacing w:after="120" w:line="269" w:lineRule="auto"/>
      </w:pPr>
      <w:r>
        <w:rPr>
          <w:rFonts w:ascii="Liberation Sans" w:hAnsi="Liberation Sans" w:eastAsia="ＭＳ 明朝" w:cs="Liberation Sans" w:eastAsiaTheme="minorEastAsia" w:csTheme="minorBidi"/>
          <w:color w:val="25343B"/>
          <w:sz w:val="21"/>
          <w:szCs w:val="22"/>
        </w:rPr>
        <w:t>A realtor business plan is a comprehensive document that outlines the strategic direction and goals of a real estate business. It’s an essential tool for realtors looking to either launch or expand their business in the competitive real estate market. The plan typically includes details about the company’s mission, objectives, target market, strategies, and financial projections for achieving its goals.</w:t>
      </w:r>
    </w:p>
    <w:p w14:paraId="5AD35136">
      <w:pPr>
        <w:spacing w:after="120" w:line="269" w:lineRule="auto"/>
      </w:pPr>
      <w:r>
        <w:rPr>
          <w:rFonts w:ascii="Liberation Sans" w:hAnsi="Liberation Sans" w:eastAsia="ＭＳ 明朝" w:cs="Liberation Sans" w:eastAsiaTheme="minorEastAsia" w:csTheme="minorBidi"/>
          <w:color w:val="25343B"/>
          <w:sz w:val="21"/>
          <w:szCs w:val="22"/>
        </w:rPr>
        <w:t>Benefits of a realtor business plan and applications:</w:t>
      </w:r>
    </w:p>
    <w:p w14:paraId="76640E78">
      <w:pPr>
        <w:pStyle w:val="ListBullet"/>
      </w:pPr>
      <w:r>
        <w:rPr>
          <w:rFonts w:ascii="Liberation Sans" w:hAnsi="Liberation Sans" w:eastAsia="ＭＳ 明朝" w:cs="Liberation Sans" w:eastAsiaTheme="minorEastAsia" w:csTheme="minorBidi"/>
          <w:b/>
          <w:bCs/>
          <w:color w:val="25343B"/>
          <w:sz w:val="21"/>
          <w:szCs w:val="22"/>
        </w:rPr>
        <w:t>For launching or expanding businesses:</w:t>
      </w:r>
      <w:r>
        <w:rPr>
          <w:rFonts w:ascii="Liberation Sans" w:hAnsi="Liberation Sans" w:eastAsia="ＭＳ 明朝" w:cs="Liberation Sans" w:eastAsiaTheme="minorEastAsia" w:csTheme="minorBidi"/>
          <w:color w:val="25343B"/>
          <w:sz w:val="21"/>
          <w:szCs w:val="22"/>
        </w:rPr>
        <w:t xml:space="preserve"> The plan helps real estate agents to structure their approach to entering new markets or growing in existing ones, providing a clear path to follow.</w:t>
      </w:r>
    </w:p>
    <w:p w14:paraId="52336A8A">
      <w:pPr>
        <w:pStyle w:val="ListBullet"/>
      </w:pPr>
      <w:r>
        <w:rPr>
          <w:rFonts w:ascii="Liberation Sans" w:hAnsi="Liberation Sans" w:eastAsia="ＭＳ 明朝" w:cs="Liberation Sans" w:eastAsiaTheme="minorEastAsia" w:csTheme="minorBidi"/>
          <w:b/>
          <w:bCs/>
          <w:color w:val="25343B"/>
          <w:sz w:val="21"/>
          <w:szCs w:val="22"/>
        </w:rPr>
        <w:t>Securing loans and investments:</w:t>
      </w:r>
      <w:r>
        <w:rPr>
          <w:rFonts w:ascii="Liberation Sans" w:hAnsi="Liberation Sans" w:eastAsia="ＭＳ 明朝" w:cs="Liberation Sans" w:eastAsiaTheme="minorEastAsia" w:csTheme="minorBidi"/>
          <w:color w:val="25343B"/>
          <w:sz w:val="21"/>
          <w:szCs w:val="22"/>
        </w:rPr>
        <w:t xml:space="preserve"> A well-drafted business plan is crucial for securing financing for real estate projects, such as purchasing new properties or renovating existing ones.</w:t>
      </w:r>
    </w:p>
    <w:p w14:paraId="750DE74D">
      <w:pPr>
        <w:pStyle w:val="ListBullet"/>
      </w:pPr>
      <w:r>
        <w:rPr>
          <w:rFonts w:ascii="Liberation Sans" w:hAnsi="Liberation Sans" w:eastAsia="ＭＳ 明朝" w:cs="Liberation Sans" w:eastAsiaTheme="minorEastAsia" w:csTheme="minorBidi"/>
          <w:b/>
          <w:bCs/>
          <w:color w:val="25343B"/>
          <w:sz w:val="21"/>
          <w:szCs w:val="22"/>
        </w:rPr>
        <w:t>Guideline for goal achievement:</w:t>
      </w:r>
      <w:r>
        <w:rPr>
          <w:rFonts w:ascii="Liberation Sans" w:hAnsi="Liberation Sans" w:eastAsia="ＭＳ 明朝" w:cs="Liberation Sans" w:eastAsiaTheme="minorEastAsia" w:csTheme="minorBidi"/>
          <w:color w:val="25343B"/>
          <w:sz w:val="21"/>
          <w:szCs w:val="22"/>
        </w:rPr>
        <w:t xml:space="preserve"> The plan serves as a guideline to stay on track with sales and profitability goals, allowing realtors to make informed decisions and adjust strategies as needed.</w:t>
      </w:r>
    </w:p>
    <w:p w14:paraId="5C4CDEA8">
      <w:pPr>
        <w:pStyle w:val="ListBullet"/>
      </w:pPr>
      <w:r>
        <w:rPr>
          <w:rFonts w:ascii="Liberation Sans" w:hAnsi="Liberation Sans" w:eastAsia="ＭＳ 明朝" w:cs="Liberation Sans" w:eastAsiaTheme="minorEastAsia" w:csTheme="minorBidi"/>
          <w:b/>
          <w:bCs/>
          <w:color w:val="25343B"/>
          <w:sz w:val="21"/>
          <w:szCs w:val="22"/>
        </w:rPr>
        <w:t>Valuable for real estate investors:</w:t>
      </w:r>
      <w:r>
        <w:rPr>
          <w:rFonts w:ascii="Liberation Sans" w:hAnsi="Liberation Sans" w:eastAsia="ＭＳ 明朝" w:cs="Liberation Sans" w:eastAsiaTheme="minorEastAsia" w:csTheme="minorBidi"/>
          <w:color w:val="25343B"/>
          <w:sz w:val="21"/>
          <w:szCs w:val="22"/>
        </w:rPr>
        <w:t xml:space="preserve"> Investors can use the template to evaluate potential real estate businesses and properties for purchase, ensuring they align with their investment goals.</w:t>
      </w:r>
    </w:p>
    <w:p w14:paraId="411D63CB">
      <w:pPr>
        <w:pStyle w:val="ListBullet"/>
      </w:pPr>
      <w:r>
        <w:rPr>
          <w:rFonts w:ascii="Liberation Sans" w:hAnsi="Liberation Sans" w:eastAsia="ＭＳ 明朝" w:cs="Liberation Sans" w:eastAsiaTheme="minorEastAsia" w:csTheme="minorBidi"/>
          <w:b/>
          <w:bCs/>
          <w:color w:val="25343B"/>
          <w:sz w:val="21"/>
          <w:szCs w:val="22"/>
        </w:rPr>
        <w:t>Improving business performance:</w:t>
      </w:r>
      <w:r>
        <w:rPr>
          <w:rFonts w:ascii="Liberation Sans" w:hAnsi="Liberation Sans" w:eastAsia="ＭＳ 明朝" w:cs="Liberation Sans" w:eastAsiaTheme="minorEastAsia" w:csTheme="minorBidi"/>
          <w:color w:val="25343B"/>
          <w:sz w:val="21"/>
          <w:szCs w:val="22"/>
        </w:rPr>
        <w:t xml:space="preserve"> By filling out a realtor business plan template, realtors can gain insights into the strengths and weaknesses of their business, using this information to enhance profitability and operational efficiency.</w:t>
      </w:r>
    </w:p>
    <w:p w14:paraId="24DED580">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Commercial development business project plan example</w:t>
      </w:r>
    </w:p>
    <w:p w14:paraId="098A1C2B">
      <w:pPr>
        <w:spacing w:after="120" w:line="269" w:lineRule="auto"/>
      </w:pPr>
      <w:r>
        <w:rPr>
          <w:rFonts w:ascii="Liberation Sans" w:hAnsi="Liberation Sans" w:eastAsia="ＭＳ 明朝" w:cs="Liberation Sans" w:eastAsiaTheme="minorEastAsia" w:csTheme="minorBidi"/>
          <w:color w:val="25343B"/>
          <w:sz w:val="21"/>
          <w:szCs w:val="22"/>
        </w:rPr>
        <w:t>If you are a builder seeking funding or approval for your new construction project and need a project plan to get started, this template can help you. It has a professional layout with pre-defined sections for all the necessary details. Under the project overview, give a brief background of the commercial real estate strategy. You can also explain the project goals and objectives for the property buyers, investors, or government authorities.</w:t>
      </w:r>
    </w:p>
    <w:p w14:paraId="1705D8A4">
      <w:pPr>
        <w:spacing w:after="120" w:line="269" w:lineRule="auto"/>
      </w:pPr>
      <w:r>
        <w:rPr>
          <w:rFonts w:ascii="Liberation Sans" w:hAnsi="Liberation Sans" w:eastAsia="ＭＳ 明朝" w:cs="Liberation Sans" w:eastAsiaTheme="minorEastAsia" w:csTheme="minorBidi"/>
          <w:color w:val="25343B"/>
          <w:sz w:val="21"/>
          <w:szCs w:val="22"/>
        </w:rPr>
        <w:t>Use cases of a commercial development business project plan:</w:t>
      </w:r>
    </w:p>
    <w:p w14:paraId="66700A31">
      <w:pPr>
        <w:pStyle w:val="ListBullet"/>
      </w:pPr>
      <w:r>
        <w:rPr>
          <w:rFonts w:ascii="Liberation Sans" w:hAnsi="Liberation Sans" w:eastAsia="ＭＳ 明朝" w:cs="Liberation Sans" w:eastAsiaTheme="minorEastAsia" w:csTheme="minorBidi"/>
          <w:b/>
          <w:bCs/>
          <w:color w:val="25343B"/>
          <w:sz w:val="21"/>
          <w:szCs w:val="22"/>
        </w:rPr>
        <w:t>Investor attraction</w:t>
      </w:r>
      <w:r>
        <w:rPr>
          <w:rFonts w:ascii="Liberation Sans" w:hAnsi="Liberation Sans" w:eastAsia="ＭＳ 明朝" w:cs="Liberation Sans" w:eastAsiaTheme="minorEastAsia" w:csTheme="minorBidi"/>
          <w:color w:val="25343B"/>
          <w:sz w:val="21"/>
          <w:szCs w:val="22"/>
        </w:rPr>
        <w:t>: Showcase the project’s financial viability to attract investors.</w:t>
      </w:r>
    </w:p>
    <w:p w14:paraId="51360003">
      <w:pPr>
        <w:pStyle w:val="ListBullet"/>
      </w:pPr>
      <w:r>
        <w:rPr>
          <w:rFonts w:ascii="Liberation Sans" w:hAnsi="Liberation Sans" w:eastAsia="ＭＳ 明朝" w:cs="Liberation Sans" w:eastAsiaTheme="minorEastAsia" w:csTheme="minorBidi"/>
          <w:b/>
          <w:bCs/>
          <w:color w:val="25343B"/>
          <w:sz w:val="21"/>
          <w:szCs w:val="22"/>
        </w:rPr>
        <w:t>Budget planning</w:t>
      </w:r>
      <w:r>
        <w:rPr>
          <w:rFonts w:ascii="Liberation Sans" w:hAnsi="Liberation Sans" w:eastAsia="ＭＳ 明朝" w:cs="Liberation Sans" w:eastAsiaTheme="minorEastAsia" w:csTheme="minorBidi"/>
          <w:color w:val="25343B"/>
          <w:sz w:val="21"/>
          <w:szCs w:val="22"/>
        </w:rPr>
        <w:t>: Provide detailed cost estimates for land acquisition, construction and operations.</w:t>
      </w:r>
    </w:p>
    <w:p w14:paraId="04E35014">
      <w:pPr>
        <w:pStyle w:val="ListBullet"/>
      </w:pPr>
      <w:r>
        <w:rPr>
          <w:rFonts w:ascii="Liberation Sans" w:hAnsi="Liberation Sans" w:eastAsia="ＭＳ 明朝" w:cs="Liberation Sans" w:eastAsiaTheme="minorEastAsia" w:csTheme="minorBidi"/>
          <w:b/>
          <w:bCs/>
          <w:color w:val="25343B"/>
          <w:sz w:val="21"/>
          <w:szCs w:val="22"/>
        </w:rPr>
        <w:t>Risk management</w:t>
      </w:r>
      <w:r>
        <w:rPr>
          <w:rFonts w:ascii="Liberation Sans" w:hAnsi="Liberation Sans" w:eastAsia="ＭＳ 明朝" w:cs="Liberation Sans" w:eastAsiaTheme="minorEastAsia" w:csTheme="minorBidi"/>
          <w:color w:val="25343B"/>
          <w:sz w:val="21"/>
          <w:szCs w:val="22"/>
        </w:rPr>
        <w:t>: Identify potential risks (e.g., market demand, regulatory issues) and mitigation strategies.</w:t>
      </w:r>
    </w:p>
    <w:p w14:paraId="6E62E375">
      <w:pPr>
        <w:pStyle w:val="ListBullet"/>
      </w:pPr>
      <w:r>
        <w:rPr>
          <w:rFonts w:ascii="Liberation Sans" w:hAnsi="Liberation Sans" w:eastAsia="ＭＳ 明朝" w:cs="Liberation Sans" w:eastAsiaTheme="minorEastAsia" w:csTheme="minorBidi"/>
          <w:b/>
          <w:bCs/>
          <w:color w:val="25343B"/>
          <w:sz w:val="21"/>
          <w:szCs w:val="22"/>
        </w:rPr>
        <w:t>Timeline management</w:t>
      </w:r>
      <w:r>
        <w:rPr>
          <w:rFonts w:ascii="Liberation Sans" w:hAnsi="Liberation Sans" w:eastAsia="ＭＳ 明朝" w:cs="Liberation Sans" w:eastAsiaTheme="minorEastAsia" w:csTheme="minorBidi"/>
          <w:color w:val="25343B"/>
          <w:sz w:val="21"/>
          <w:szCs w:val="22"/>
        </w:rPr>
        <w:t>: Outline key project phases with milestones and deadlines.</w:t>
      </w:r>
    </w:p>
    <w:p w14:paraId="1D23D358">
      <w:pPr>
        <w:pStyle w:val="ListBullet"/>
      </w:pPr>
      <w:r>
        <w:rPr>
          <w:rFonts w:ascii="Liberation Sans" w:hAnsi="Liberation Sans" w:eastAsia="ＭＳ 明朝" w:cs="Liberation Sans" w:eastAsiaTheme="minorEastAsia" w:csTheme="minorBidi"/>
          <w:b/>
          <w:bCs/>
          <w:color w:val="25343B"/>
          <w:sz w:val="21"/>
          <w:szCs w:val="22"/>
        </w:rPr>
        <w:t>Resource allocation</w:t>
      </w:r>
      <w:r>
        <w:rPr>
          <w:rFonts w:ascii="Liberation Sans" w:hAnsi="Liberation Sans" w:eastAsia="ＭＳ 明朝" w:cs="Liberation Sans" w:eastAsiaTheme="minorEastAsia" w:csTheme="minorBidi"/>
          <w:color w:val="25343B"/>
          <w:sz w:val="21"/>
          <w:szCs w:val="22"/>
        </w:rPr>
        <w:t>: Plan for staffing, materials and equipment needs throughout development.</w:t>
      </w:r>
    </w:p>
    <w:p w14:paraId="5D56E120">
      <w:pPr>
        <w:pStyle w:val="ListBullet"/>
      </w:pPr>
      <w:r>
        <w:rPr>
          <w:rFonts w:ascii="Liberation Sans" w:hAnsi="Liberation Sans" w:eastAsia="ＭＳ 明朝" w:cs="Liberation Sans" w:eastAsiaTheme="minorEastAsia" w:csTheme="minorBidi"/>
          <w:b/>
          <w:bCs/>
          <w:color w:val="25343B"/>
          <w:sz w:val="21"/>
          <w:szCs w:val="22"/>
        </w:rPr>
        <w:t>Market analysis</w:t>
      </w:r>
      <w:r>
        <w:rPr>
          <w:rFonts w:ascii="Liberation Sans" w:hAnsi="Liberation Sans" w:eastAsia="ＭＳ 明朝" w:cs="Liberation Sans" w:eastAsiaTheme="minorEastAsia" w:csTheme="minorBidi"/>
          <w:color w:val="25343B"/>
          <w:sz w:val="21"/>
          <w:szCs w:val="22"/>
        </w:rPr>
        <w:t>: Highlight market demand, competition and target audience insights.</w:t>
      </w:r>
    </w:p>
    <w:p w14:paraId="224D25B8">
      <w:pPr>
        <w:pStyle w:val="ListBullet"/>
      </w:pPr>
      <w:r>
        <w:rPr>
          <w:rFonts w:ascii="Liberation Sans" w:hAnsi="Liberation Sans" w:eastAsia="ＭＳ 明朝" w:cs="Liberation Sans" w:eastAsiaTheme="minorEastAsia" w:csTheme="minorBidi"/>
          <w:b/>
          <w:bCs/>
          <w:color w:val="25343B"/>
          <w:sz w:val="21"/>
          <w:szCs w:val="22"/>
        </w:rPr>
        <w:t>Regulatory compliance</w:t>
      </w:r>
      <w:r>
        <w:rPr>
          <w:rFonts w:ascii="Liberation Sans" w:hAnsi="Liberation Sans" w:eastAsia="ＭＳ 明朝" w:cs="Liberation Sans" w:eastAsiaTheme="minorEastAsia" w:csTheme="minorBidi"/>
          <w:color w:val="25343B"/>
          <w:sz w:val="21"/>
          <w:szCs w:val="22"/>
        </w:rPr>
        <w:t>: Ensure zoning laws, permits and environmental regulations are met.</w:t>
      </w:r>
    </w:p>
    <w:p w14:paraId="71032B56">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Real estate partnership proposal</w:t>
      </w:r>
      <w:r>
        <w:rPr>
          <w:rFonts w:ascii="Liberation Sans" w:hAnsi="Liberation Sans" w:eastAsia="ＭＳ ゴシック" w:cs="Liberation Sans" w:asciiTheme="majorHAnsi" w:hAnsiTheme="majorHAnsi" w:eastAsiaTheme="majorEastAsia" w:csTheme="majorBidi"/>
          <w:b/>
          <w:bCs/>
          <w:color w:val="17384A"/>
          <w:sz w:val="23"/>
          <w:szCs w:val="22"/>
        </w:rPr>
        <w:t xml:space="preserve"> example</w:t>
      </w:r>
    </w:p>
    <w:p w14:paraId="3B3F05DA">
      <w:pPr>
        <w:spacing w:after="120" w:line="269" w:lineRule="auto"/>
      </w:pPr>
      <w:r>
        <w:rPr>
          <w:rFonts w:ascii="Liberation Sans" w:hAnsi="Liberation Sans" w:eastAsia="ＭＳ 明朝" w:cs="Liberation Sans" w:eastAsiaTheme="minorEastAsia" w:csTheme="minorBidi"/>
          <w:color w:val="25343B"/>
          <w:sz w:val="21"/>
          <w:szCs w:val="22"/>
        </w:rPr>
        <w:t>A real estate business plan is not just for investors or home buyers. You can use the plan for partnering with other builders on large projects. This real estate partnership proposal template covers all the relevant details for a real estate business plan, including executive summary, goals and objectives, financials and details of team members.</w:t>
      </w:r>
    </w:p>
    <w:p w14:paraId="2AD2BAB9">
      <w:pPr>
        <w:spacing w:after="120" w:line="269" w:lineRule="auto"/>
      </w:pPr>
      <w:r>
        <w:rPr>
          <w:rFonts w:ascii="Liberation Sans" w:hAnsi="Liberation Sans" w:eastAsia="ＭＳ 明朝" w:cs="Liberation Sans" w:eastAsiaTheme="minorEastAsia" w:csTheme="minorBidi"/>
          <w:color w:val="25343B"/>
          <w:sz w:val="21"/>
          <w:szCs w:val="22"/>
        </w:rPr>
        <w:t>Here’s how you can use a real estate partnership proposal:</w:t>
      </w:r>
    </w:p>
    <w:p w14:paraId="113D1A39">
      <w:pPr>
        <w:pStyle w:val="ListBullet"/>
      </w:pPr>
      <w:r>
        <w:rPr>
          <w:rFonts w:ascii="Liberation Sans" w:hAnsi="Liberation Sans" w:eastAsia="ＭＳ 明朝" w:cs="Liberation Sans" w:eastAsiaTheme="minorEastAsia" w:csTheme="minorBidi"/>
          <w:b/>
          <w:bCs/>
          <w:color w:val="25343B"/>
          <w:sz w:val="21"/>
          <w:szCs w:val="22"/>
        </w:rPr>
        <w:t>Joint venture development</w:t>
      </w:r>
      <w:r>
        <w:rPr>
          <w:rFonts w:ascii="Liberation Sans" w:hAnsi="Liberation Sans" w:eastAsia="ＭＳ 明朝" w:cs="Liberation Sans" w:eastAsiaTheme="minorEastAsia" w:csTheme="minorBidi"/>
          <w:color w:val="25343B"/>
          <w:sz w:val="21"/>
          <w:szCs w:val="22"/>
        </w:rPr>
        <w:t>: Propose a partnership to co-develop a commercial or residential property, pooling financial and operational resources.</w:t>
      </w:r>
    </w:p>
    <w:p w14:paraId="3B032489">
      <w:pPr>
        <w:pStyle w:val="ListBullet"/>
      </w:pPr>
      <w:r>
        <w:rPr>
          <w:rFonts w:ascii="Liberation Sans" w:hAnsi="Liberation Sans" w:eastAsia="ＭＳ 明朝" w:cs="Liberation Sans" w:eastAsiaTheme="minorEastAsia" w:csTheme="minorBidi"/>
          <w:b/>
          <w:bCs/>
          <w:color w:val="25343B"/>
          <w:sz w:val="21"/>
          <w:szCs w:val="22"/>
        </w:rPr>
        <w:t>Property investment</w:t>
      </w:r>
      <w:r>
        <w:rPr>
          <w:rFonts w:ascii="Liberation Sans" w:hAnsi="Liberation Sans" w:eastAsia="ＭＳ 明朝" w:cs="Liberation Sans" w:eastAsiaTheme="minorEastAsia" w:csTheme="minorBidi"/>
          <w:color w:val="25343B"/>
          <w:sz w:val="21"/>
          <w:szCs w:val="22"/>
        </w:rPr>
        <w:t>: Present an investment opportunity for potential partners to jointly acquire and manage rental properties for long-term income.</w:t>
      </w:r>
    </w:p>
    <w:p w14:paraId="508846AD">
      <w:pPr>
        <w:pStyle w:val="ListBullet"/>
      </w:pPr>
      <w:r>
        <w:rPr>
          <w:rFonts w:ascii="Liberation Sans" w:hAnsi="Liberation Sans" w:eastAsia="ＭＳ 明朝" w:cs="Liberation Sans" w:eastAsiaTheme="minorEastAsia" w:csTheme="minorBidi"/>
          <w:b/>
          <w:bCs/>
          <w:color w:val="25343B"/>
          <w:sz w:val="21"/>
          <w:szCs w:val="22"/>
        </w:rPr>
        <w:t>Equity sharing</w:t>
      </w:r>
      <w:r>
        <w:rPr>
          <w:rFonts w:ascii="Liberation Sans" w:hAnsi="Liberation Sans" w:eastAsia="ＭＳ 明朝" w:cs="Liberation Sans" w:eastAsiaTheme="minorEastAsia" w:csTheme="minorBidi"/>
          <w:color w:val="25343B"/>
          <w:sz w:val="21"/>
          <w:szCs w:val="22"/>
        </w:rPr>
        <w:t>: Offer a structure where both parties share ownership and profits from the appreciation and revenue of a real estate asset.</w:t>
      </w:r>
    </w:p>
    <w:p w14:paraId="13F33AFC">
      <w:pPr>
        <w:pStyle w:val="ListBullet"/>
      </w:pPr>
      <w:r>
        <w:rPr>
          <w:rFonts w:ascii="Liberation Sans" w:hAnsi="Liberation Sans" w:eastAsia="ＭＳ 明朝" w:cs="Liberation Sans" w:eastAsiaTheme="minorEastAsia" w:csTheme="minorBidi"/>
          <w:b/>
          <w:bCs/>
          <w:color w:val="25343B"/>
          <w:sz w:val="21"/>
          <w:szCs w:val="22"/>
        </w:rPr>
        <w:t>Land acquisition for development</w:t>
      </w:r>
      <w:r>
        <w:rPr>
          <w:rFonts w:ascii="Liberation Sans" w:hAnsi="Liberation Sans" w:eastAsia="ＭＳ 明朝" w:cs="Liberation Sans" w:eastAsiaTheme="minorEastAsia" w:csTheme="minorBidi"/>
          <w:color w:val="25343B"/>
          <w:sz w:val="21"/>
          <w:szCs w:val="22"/>
        </w:rPr>
        <w:t>: Collaborate on acquiring and developing land, sharing expertise in land use planning, permits and construction.</w:t>
      </w:r>
    </w:p>
    <w:p w14:paraId="57FE4036">
      <w:pPr>
        <w:pStyle w:val="ListBullet"/>
      </w:pPr>
      <w:r>
        <w:rPr>
          <w:rFonts w:ascii="Liberation Sans" w:hAnsi="Liberation Sans" w:eastAsia="ＭＳ 明朝" w:cs="Liberation Sans" w:eastAsiaTheme="minorEastAsia" w:csTheme="minorBidi"/>
          <w:b/>
          <w:bCs/>
          <w:color w:val="25343B"/>
          <w:sz w:val="21"/>
          <w:szCs w:val="22"/>
        </w:rPr>
        <w:t>Real estate flip partnership</w:t>
      </w:r>
      <w:r>
        <w:rPr>
          <w:rFonts w:ascii="Liberation Sans" w:hAnsi="Liberation Sans" w:eastAsia="ＭＳ 明朝" w:cs="Liberation Sans" w:eastAsiaTheme="minorEastAsia" w:csTheme="minorBidi"/>
          <w:color w:val="25343B"/>
          <w:sz w:val="21"/>
          <w:szCs w:val="22"/>
        </w:rPr>
        <w:t>: Propose a partnership to buy, renovate and sell properties for a short-term profit, dividing both investment and returns.</w:t>
      </w:r>
    </w:p>
    <w:p w14:paraId="3500547D">
      <w:pPr>
        <w:pStyle w:val="ListBullet"/>
      </w:pPr>
      <w:r>
        <w:rPr>
          <w:rFonts w:ascii="Liberation Sans" w:hAnsi="Liberation Sans" w:eastAsia="ＭＳ 明朝" w:cs="Liberation Sans" w:eastAsiaTheme="minorEastAsia" w:csTheme="minorBidi"/>
          <w:b/>
          <w:bCs/>
          <w:color w:val="25343B"/>
          <w:sz w:val="21"/>
          <w:szCs w:val="22"/>
        </w:rPr>
        <w:t>Property management partnership</w:t>
      </w:r>
      <w:r>
        <w:rPr>
          <w:rFonts w:ascii="Liberation Sans" w:hAnsi="Liberation Sans" w:eastAsia="ＭＳ 明朝" w:cs="Liberation Sans" w:eastAsiaTheme="minorEastAsia" w:csTheme="minorBidi"/>
          <w:color w:val="25343B"/>
          <w:sz w:val="21"/>
          <w:szCs w:val="22"/>
        </w:rPr>
        <w:t>: Partner with a property management company to handle day-to-day operations, while both parties share the profits.</w:t>
      </w:r>
    </w:p>
    <w:p w14:paraId="1770B072">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Architecture business plan example</w:t>
      </w:r>
    </w:p>
    <w:p w14:paraId="6BAE1B09">
      <w:pPr>
        <w:spacing w:after="120" w:line="269" w:lineRule="auto"/>
      </w:pPr>
      <w:r>
        <w:rPr>
          <w:rFonts w:ascii="Liberation Sans" w:hAnsi="Liberation Sans" w:eastAsia="ＭＳ 明朝" w:cs="Liberation Sans" w:eastAsiaTheme="minorEastAsia" w:csTheme="minorBidi"/>
          <w:color w:val="25343B"/>
          <w:sz w:val="21"/>
          <w:szCs w:val="22"/>
        </w:rPr>
        <w:t>Are you setting up a new architectural firm and need investors’s support? This template can help you present a concrete architecture business plan. Start by explaining the approach and methodology behind your firm, the services you offer and mentioning your team details.</w:t>
      </w:r>
    </w:p>
    <w:p w14:paraId="5E64FBDB">
      <w:pPr>
        <w:spacing w:after="120" w:line="269" w:lineRule="auto"/>
      </w:pPr>
      <w:r>
        <w:rPr>
          <w:rFonts w:ascii="Liberation Sans" w:hAnsi="Liberation Sans" w:eastAsia="ＭＳ 明朝" w:cs="Liberation Sans" w:eastAsiaTheme="minorEastAsia" w:csTheme="minorBidi"/>
          <w:color w:val="25343B"/>
          <w:sz w:val="21"/>
          <w:szCs w:val="22"/>
        </w:rPr>
        <w:t>You can use an architecture business plan template for:</w:t>
      </w:r>
    </w:p>
    <w:p w14:paraId="1D8B2729">
      <w:pPr>
        <w:pStyle w:val="ListBullet"/>
      </w:pPr>
      <w:r>
        <w:rPr>
          <w:rFonts w:ascii="Liberation Sans" w:hAnsi="Liberation Sans" w:eastAsia="ＭＳ 明朝" w:cs="Liberation Sans" w:eastAsiaTheme="minorEastAsia" w:csTheme="minorBidi"/>
          <w:b/>
          <w:bCs/>
          <w:color w:val="25343B"/>
          <w:sz w:val="21"/>
          <w:szCs w:val="22"/>
        </w:rPr>
        <w:t>New firm establishment</w:t>
      </w:r>
      <w:r>
        <w:rPr>
          <w:rFonts w:ascii="Liberation Sans" w:hAnsi="Liberation Sans" w:eastAsia="ＭＳ 明朝" w:cs="Liberation Sans" w:eastAsiaTheme="minorEastAsia" w:csTheme="minorBidi"/>
          <w:color w:val="25343B"/>
          <w:sz w:val="21"/>
          <w:szCs w:val="22"/>
        </w:rPr>
        <w:t>: Outline the strategy for starting an architectural firm, detailing services, target market and competitive positioning.</w:t>
      </w:r>
    </w:p>
    <w:p w14:paraId="178F46CE">
      <w:pPr>
        <w:pStyle w:val="ListBullet"/>
      </w:pPr>
      <w:r>
        <w:rPr>
          <w:rFonts w:ascii="Liberation Sans" w:hAnsi="Liberation Sans" w:eastAsia="ＭＳ 明朝" w:cs="Liberation Sans" w:eastAsiaTheme="minorEastAsia" w:csTheme="minorBidi"/>
          <w:b/>
          <w:bCs/>
          <w:color w:val="25343B"/>
          <w:sz w:val="21"/>
          <w:szCs w:val="22"/>
        </w:rPr>
        <w:t>Business expansion</w:t>
      </w:r>
      <w:r>
        <w:rPr>
          <w:rFonts w:ascii="Liberation Sans" w:hAnsi="Liberation Sans" w:eastAsia="ＭＳ 明朝" w:cs="Liberation Sans" w:eastAsiaTheme="minorEastAsia" w:csTheme="minorBidi"/>
          <w:color w:val="25343B"/>
          <w:sz w:val="21"/>
          <w:szCs w:val="22"/>
        </w:rPr>
        <w:t>: Plan for scaling an existing firm by adding new services, entering new markets, or increasing operational capacity.</w:t>
      </w:r>
    </w:p>
    <w:p w14:paraId="32400F6E">
      <w:pPr>
        <w:pStyle w:val="ListBullet"/>
      </w:pPr>
      <w:r>
        <w:rPr>
          <w:rFonts w:ascii="Liberation Sans" w:hAnsi="Liberation Sans" w:eastAsia="ＭＳ 明朝" w:cs="Liberation Sans" w:eastAsiaTheme="minorEastAsia" w:csTheme="minorBidi"/>
          <w:b/>
          <w:bCs/>
          <w:color w:val="25343B"/>
          <w:sz w:val="21"/>
          <w:szCs w:val="22"/>
        </w:rPr>
        <w:t>Investor or loan acquisition</w:t>
      </w:r>
      <w:r>
        <w:rPr>
          <w:rFonts w:ascii="Liberation Sans" w:hAnsi="Liberation Sans" w:eastAsia="ＭＳ 明朝" w:cs="Liberation Sans" w:eastAsiaTheme="minorEastAsia" w:csTheme="minorBidi"/>
          <w:color w:val="25343B"/>
          <w:sz w:val="21"/>
          <w:szCs w:val="22"/>
        </w:rPr>
        <w:t>: Present to potential investors or lenders, showcasing the firm’s financial projections and business model for funding.</w:t>
      </w:r>
    </w:p>
    <w:p w14:paraId="284D729C">
      <w:pPr>
        <w:pStyle w:val="ListBullet"/>
      </w:pPr>
      <w:r>
        <w:rPr>
          <w:rFonts w:ascii="Liberation Sans" w:hAnsi="Liberation Sans" w:eastAsia="ＭＳ 明朝" w:cs="Liberation Sans" w:eastAsiaTheme="minorEastAsia" w:csTheme="minorBidi"/>
          <w:b/>
          <w:bCs/>
          <w:color w:val="25343B"/>
          <w:sz w:val="21"/>
          <w:szCs w:val="22"/>
        </w:rPr>
        <w:t>Project acquisition strategy</w:t>
      </w:r>
      <w:r>
        <w:rPr>
          <w:rFonts w:ascii="Liberation Sans" w:hAnsi="Liberation Sans" w:eastAsia="ＭＳ 明朝" w:cs="Liberation Sans" w:eastAsiaTheme="minorEastAsia" w:csTheme="minorBidi"/>
          <w:color w:val="25343B"/>
          <w:sz w:val="21"/>
          <w:szCs w:val="22"/>
        </w:rPr>
        <w:t>: Develop a roadmap to attract and secure high-value clients and projects, including marketing and networking plans.</w:t>
      </w:r>
    </w:p>
    <w:p w14:paraId="2752145D">
      <w:pPr>
        <w:pStyle w:val="ListBullet"/>
      </w:pPr>
      <w:r>
        <w:rPr>
          <w:rFonts w:ascii="Liberation Sans" w:hAnsi="Liberation Sans" w:eastAsia="ＭＳ 明朝" w:cs="Liberation Sans" w:eastAsiaTheme="minorEastAsia" w:csTheme="minorBidi"/>
          <w:b/>
          <w:bCs/>
          <w:color w:val="25343B"/>
          <w:sz w:val="21"/>
          <w:szCs w:val="22"/>
        </w:rPr>
        <w:t>Partnership proposals</w:t>
      </w:r>
      <w:r>
        <w:rPr>
          <w:rFonts w:ascii="Liberation Sans" w:hAnsi="Liberation Sans" w:eastAsia="ＭＳ 明朝" w:cs="Liberation Sans" w:eastAsiaTheme="minorEastAsia" w:csTheme="minorBidi"/>
          <w:color w:val="25343B"/>
          <w:sz w:val="21"/>
          <w:szCs w:val="22"/>
        </w:rPr>
        <w:t>: Use the plan to establish joint ventures with construction companies or real estate developers.</w:t>
      </w:r>
    </w:p>
    <w:p w14:paraId="15332B9C">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Real estate startup plan example</w:t>
      </w:r>
    </w:p>
    <w:p w14:paraId="3166A8A8">
      <w:pPr>
        <w:spacing w:after="120" w:line="269" w:lineRule="auto"/>
      </w:pPr>
      <w:r>
        <w:rPr>
          <w:rFonts w:ascii="Liberation Sans" w:hAnsi="Liberation Sans" w:eastAsia="ＭＳ 明朝" w:cs="Liberation Sans" w:eastAsiaTheme="minorEastAsia" w:csTheme="minorBidi"/>
          <w:color w:val="25343B"/>
          <w:sz w:val="21"/>
          <w:szCs w:val="22"/>
        </w:rPr>
        <w:t>Setting up a new real estate broker or investment firm? You need a solid real estate startup plan to get started. It should explain your company’s purpose, the product or services you will offer and the company’s operational and financial plans.</w:t>
      </w:r>
    </w:p>
    <w:p w14:paraId="254825AD">
      <w:pPr>
        <w:spacing w:after="120" w:line="269" w:lineRule="auto"/>
      </w:pPr>
      <w:r>
        <w:rPr>
          <w:rFonts w:ascii="Liberation Sans" w:hAnsi="Liberation Sans" w:eastAsia="ＭＳ 明朝" w:cs="Liberation Sans" w:eastAsiaTheme="minorEastAsia" w:csTheme="minorBidi"/>
          <w:color w:val="25343B"/>
          <w:sz w:val="21"/>
          <w:szCs w:val="22"/>
        </w:rPr>
        <w:t>Here are some use cases for a real estate startup plan:</w:t>
      </w:r>
    </w:p>
    <w:p w14:paraId="13F3EDC0">
      <w:pPr>
        <w:pStyle w:val="ListBullet"/>
      </w:pPr>
      <w:r>
        <w:rPr>
          <w:rFonts w:ascii="Liberation Sans" w:hAnsi="Liberation Sans" w:eastAsia="ＭＳ 明朝" w:cs="Liberation Sans" w:eastAsiaTheme="minorEastAsia" w:csTheme="minorBidi"/>
          <w:b/>
          <w:bCs/>
          <w:color w:val="25343B"/>
          <w:sz w:val="21"/>
          <w:szCs w:val="22"/>
        </w:rPr>
        <w:t>Residential property sales</w:t>
      </w:r>
      <w:r>
        <w:rPr>
          <w:rFonts w:ascii="Liberation Sans" w:hAnsi="Liberation Sans" w:eastAsia="ＭＳ 明朝" w:cs="Liberation Sans" w:eastAsiaTheme="minorEastAsia" w:csTheme="minorBidi"/>
          <w:color w:val="25343B"/>
          <w:sz w:val="21"/>
          <w:szCs w:val="22"/>
        </w:rPr>
        <w:t>: Outline strategies to buy, sell, or broker residential properties for first-time homebuyers or investors.</w:t>
      </w:r>
    </w:p>
    <w:p w14:paraId="706710FB">
      <w:pPr>
        <w:pStyle w:val="ListBullet"/>
      </w:pPr>
      <w:r>
        <w:rPr>
          <w:rFonts w:ascii="Liberation Sans" w:hAnsi="Liberation Sans" w:eastAsia="ＭＳ 明朝" w:cs="Liberation Sans" w:eastAsiaTheme="minorEastAsia" w:csTheme="minorBidi"/>
          <w:b/>
          <w:bCs/>
          <w:color w:val="25343B"/>
          <w:sz w:val="21"/>
          <w:szCs w:val="22"/>
        </w:rPr>
        <w:t>Rental property management</w:t>
      </w:r>
      <w:r>
        <w:rPr>
          <w:rFonts w:ascii="Liberation Sans" w:hAnsi="Liberation Sans" w:eastAsia="ＭＳ 明朝" w:cs="Liberation Sans" w:eastAsiaTheme="minorEastAsia" w:csTheme="minorBidi"/>
          <w:color w:val="25343B"/>
          <w:sz w:val="21"/>
          <w:szCs w:val="22"/>
        </w:rPr>
        <w:t>: Plan for managing residential or commercial rental properties, including tenant acquisition and property maintenance.</w:t>
      </w:r>
    </w:p>
    <w:p w14:paraId="373274C9">
      <w:pPr>
        <w:pStyle w:val="ListBullet"/>
      </w:pPr>
      <w:r>
        <w:rPr>
          <w:rFonts w:ascii="Liberation Sans" w:hAnsi="Liberation Sans" w:eastAsia="ＭＳ 明朝" w:cs="Liberation Sans" w:eastAsiaTheme="minorEastAsia" w:csTheme="minorBidi"/>
          <w:b/>
          <w:bCs/>
          <w:color w:val="25343B"/>
          <w:sz w:val="21"/>
          <w:szCs w:val="22"/>
        </w:rPr>
        <w:t>Real estate flipping</w:t>
      </w:r>
      <w:r>
        <w:rPr>
          <w:rFonts w:ascii="Liberation Sans" w:hAnsi="Liberation Sans" w:eastAsia="ＭＳ 明朝" w:cs="Liberation Sans" w:eastAsiaTheme="minorEastAsia" w:csTheme="minorBidi"/>
          <w:color w:val="25343B"/>
          <w:sz w:val="21"/>
          <w:szCs w:val="22"/>
        </w:rPr>
        <w:t>: Develop a strategy for purchasing, renovating and selling homes quickly for a profit.</w:t>
      </w:r>
    </w:p>
    <w:p w14:paraId="4926CB23">
      <w:pPr>
        <w:pStyle w:val="ListBullet"/>
      </w:pPr>
      <w:r>
        <w:rPr>
          <w:rFonts w:ascii="Liberation Sans" w:hAnsi="Liberation Sans" w:eastAsia="ＭＳ 明朝" w:cs="Liberation Sans" w:eastAsiaTheme="minorEastAsia" w:csTheme="minorBidi"/>
          <w:b/>
          <w:bCs/>
          <w:color w:val="25343B"/>
          <w:sz w:val="21"/>
          <w:szCs w:val="22"/>
        </w:rPr>
        <w:t>Commercial real estate leasing</w:t>
      </w:r>
      <w:r>
        <w:rPr>
          <w:rFonts w:ascii="Liberation Sans" w:hAnsi="Liberation Sans" w:eastAsia="ＭＳ 明朝" w:cs="Liberation Sans" w:eastAsiaTheme="minorEastAsia" w:csTheme="minorBidi"/>
          <w:color w:val="25343B"/>
          <w:sz w:val="21"/>
          <w:szCs w:val="22"/>
        </w:rPr>
        <w:t>: Detail a plan for acquiring or managing commercial properties to lease office, retail, or industrial spaces.</w:t>
      </w:r>
    </w:p>
    <w:p w14:paraId="2A15682F">
      <w:pPr>
        <w:pStyle w:val="ListBullet"/>
      </w:pPr>
      <w:r>
        <w:rPr>
          <w:rFonts w:ascii="Liberation Sans" w:hAnsi="Liberation Sans" w:eastAsia="ＭＳ 明朝" w:cs="Liberation Sans" w:eastAsiaTheme="minorEastAsia" w:csTheme="minorBidi"/>
          <w:b/>
          <w:bCs/>
          <w:color w:val="25343B"/>
          <w:sz w:val="21"/>
          <w:szCs w:val="22"/>
        </w:rPr>
        <w:t>Real estate brokerage</w:t>
      </w:r>
      <w:r>
        <w:rPr>
          <w:rFonts w:ascii="Liberation Sans" w:hAnsi="Liberation Sans" w:eastAsia="ＭＳ 明朝" w:cs="Liberation Sans" w:eastAsiaTheme="minorEastAsia" w:csTheme="minorBidi"/>
          <w:color w:val="25343B"/>
          <w:sz w:val="21"/>
          <w:szCs w:val="22"/>
        </w:rPr>
        <w:t>: Set up a framework for helping buyers and sellers complete property transactions, with a focus on marketing and client acquisition.</w:t>
      </w:r>
    </w:p>
    <w:p w14:paraId="21274780">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How to write a real estate business plan?</w:t>
      </w:r>
    </w:p>
    <w:p w14:paraId="02E490D8">
      <w:pPr>
        <w:spacing w:after="120" w:line="269" w:lineRule="auto"/>
      </w:pPr>
      <w:r>
        <w:rPr>
          <w:rFonts w:ascii="Liberation Sans" w:hAnsi="Liberation Sans" w:eastAsia="ＭＳ 明朝" w:cs="Liberation Sans" w:eastAsiaTheme="minorEastAsia" w:csTheme="minorBidi"/>
          <w:color w:val="25343B"/>
          <w:sz w:val="21"/>
          <w:szCs w:val="22"/>
        </w:rPr>
        <w:t>Writing a real estate business plan is a comprehensive process that involves several key steps. Here’s a detailed guide to help you craft an effective business plan:</w:t>
      </w:r>
    </w:p>
    <w:p w14:paraId="06C0A8D1">
      <w:pPr>
        <w:ind w:left="331" w:hanging="331"/>
      </w:pPr>
      <w:r>
        <w:rPr>
          <w:rFonts w:ascii="Liberation Sans" w:hAnsi="Liberation Sans" w:eastAsia="ＭＳ 明朝" w:cs="Liberation Sans" w:eastAsiaTheme="minorEastAsia" w:csTheme="minorBidi"/>
          <w:color w:val="25343B"/>
          <w:sz w:val="21"/>
          <w:szCs w:val="22"/>
        </w:rPr>
        <w:t xml:space="preserve">1. </w:t>
      </w:r>
      <w:r>
        <w:rPr>
          <w:rFonts w:ascii="Liberation Sans" w:hAnsi="Liberation Sans" w:eastAsia="ＭＳ 明朝" w:cs="Liberation Sans" w:eastAsiaTheme="minorEastAsia" w:csTheme="minorBidi"/>
          <w:b/>
          <w:bCs/>
          <w:color w:val="25343B"/>
          <w:sz w:val="21"/>
          <w:szCs w:val="22"/>
        </w:rPr>
        <w:t>Tell your story</w:t>
      </w:r>
      <w:r>
        <w:rPr>
          <w:rFonts w:ascii="Liberation Sans" w:hAnsi="Liberation Sans" w:eastAsia="ＭＳ 明朝" w:cs="Liberation Sans" w:eastAsiaTheme="minorEastAsia" w:csTheme="minorBidi"/>
          <w:color w:val="25343B"/>
          <w:sz w:val="21"/>
          <w:szCs w:val="22"/>
        </w:rPr>
        <w:t>: Start with a self-evaluation. Define who you are as a real estate agent, why you are in this business and what you do. Create your mission statement, vision statement and an executive summary.</w:t>
      </w:r>
    </w:p>
    <w:p w14:paraId="3C4752AD">
      <w:pPr>
        <w:ind w:left="331" w:hanging="331"/>
      </w:pPr>
      <w:r>
        <w:rPr>
          <w:rFonts w:ascii="Liberation Sans" w:hAnsi="Liberation Sans" w:eastAsia="ＭＳ 明朝" w:cs="Liberation Sans" w:eastAsiaTheme="minorEastAsia" w:csTheme="minorBidi"/>
          <w:color w:val="25343B"/>
          <w:sz w:val="21"/>
          <w:szCs w:val="22"/>
        </w:rPr>
        <w:t xml:space="preserve">2. </w:t>
      </w:r>
      <w:r>
        <w:rPr>
          <w:rFonts w:ascii="Liberation Sans" w:hAnsi="Liberation Sans" w:eastAsia="ＭＳ 明朝" w:cs="Liberation Sans" w:eastAsiaTheme="minorEastAsia" w:csTheme="minorBidi"/>
          <w:b/>
          <w:bCs/>
          <w:color w:val="25343B"/>
          <w:sz w:val="21"/>
          <w:szCs w:val="22"/>
        </w:rPr>
        <w:t>Write an executive summary:</w:t>
      </w:r>
      <w:r>
        <w:rPr>
          <w:rFonts w:ascii="Liberation Sans" w:hAnsi="Liberation Sans" w:eastAsia="ＭＳ 明朝" w:cs="Liberation Sans" w:eastAsiaTheme="minorEastAsia" w:csTheme="minorBidi"/>
          <w:color w:val="25343B"/>
          <w:sz w:val="21"/>
          <w:szCs w:val="22"/>
        </w:rPr>
        <w:t xml:space="preserve"> Give a high-level snapshot of your entire business plan. Summarize your goals, target market, services and competitive advantage in a concise paragraph.</w:t>
      </w:r>
    </w:p>
    <w:p w14:paraId="73C7957F">
      <w:pPr>
        <w:ind w:left="331" w:hanging="331"/>
      </w:pPr>
      <w:r>
        <w:rPr>
          <w:rFonts w:ascii="Liberation Sans" w:hAnsi="Liberation Sans" w:eastAsia="ＭＳ 明朝" w:cs="Liberation Sans" w:eastAsiaTheme="minorEastAsia" w:csTheme="minorBidi"/>
          <w:color w:val="25343B"/>
          <w:sz w:val="21"/>
          <w:szCs w:val="22"/>
        </w:rPr>
        <w:t xml:space="preserve">3. </w:t>
      </w:r>
      <w:r>
        <w:rPr>
          <w:rFonts w:ascii="Liberation Sans" w:hAnsi="Liberation Sans" w:eastAsia="ＭＳ 明朝" w:cs="Liberation Sans" w:eastAsiaTheme="minorEastAsia" w:csTheme="minorBidi"/>
          <w:b/>
          <w:bCs/>
          <w:color w:val="25343B"/>
          <w:sz w:val="21"/>
          <w:szCs w:val="22"/>
        </w:rPr>
        <w:t>Define your mission &amp; vision</w:t>
      </w:r>
      <w:r>
        <w:rPr>
          <w:rFonts w:ascii="Liberation Sans" w:hAnsi="Liberation Sans" w:eastAsia="ＭＳ 明朝" w:cs="Liberation Sans" w:eastAsiaTheme="minorEastAsia" w:csTheme="minorBidi"/>
          <w:color w:val="25343B"/>
          <w:sz w:val="21"/>
          <w:szCs w:val="22"/>
        </w:rPr>
        <w:t>: Include a clear mission and vision statement. Describe your business type, location, founding principles and what sets you apart from competitors.</w:t>
      </w:r>
    </w:p>
    <w:p w14:paraId="7F32396E">
      <w:pPr>
        <w:ind w:left="331" w:hanging="331"/>
      </w:pPr>
      <w:r>
        <w:rPr>
          <w:rFonts w:ascii="Liberation Sans" w:hAnsi="Liberation Sans" w:eastAsia="ＭＳ 明朝" w:cs="Liberation Sans" w:eastAsiaTheme="minorEastAsia" w:csTheme="minorBidi"/>
          <w:color w:val="25343B"/>
          <w:sz w:val="21"/>
          <w:szCs w:val="22"/>
        </w:rPr>
        <w:t xml:space="preserve">4. </w:t>
      </w:r>
      <w:r>
        <w:rPr>
          <w:rFonts w:ascii="Liberation Sans" w:hAnsi="Liberation Sans" w:eastAsia="ＭＳ 明朝" w:cs="Liberation Sans" w:eastAsiaTheme="minorEastAsia" w:csTheme="minorBidi"/>
          <w:b/>
          <w:bCs/>
          <w:color w:val="25343B"/>
          <w:sz w:val="21"/>
          <w:szCs w:val="22"/>
        </w:rPr>
        <w:t>Analyze your target real estate market</w:t>
      </w:r>
      <w:r>
        <w:rPr>
          <w:rFonts w:ascii="Liberation Sans" w:hAnsi="Liberation Sans" w:eastAsia="ＭＳ 明朝" w:cs="Liberation Sans" w:eastAsiaTheme="minorEastAsia" w:csTheme="minorBidi"/>
          <w:color w:val="25343B"/>
          <w:sz w:val="21"/>
          <w:szCs w:val="22"/>
        </w:rPr>
        <w:t>: Focus on local market trends rather than national or state-wide levels. Examine general trends, market opportunities, saturations, and local competition. This step requires thorough research into the real estate market you plan to operate in.</w:t>
      </w:r>
    </w:p>
    <w:p w14:paraId="719A6D33">
      <w:pPr>
        <w:ind w:left="331" w:hanging="331"/>
      </w:pPr>
      <w:r>
        <w:rPr>
          <w:rFonts w:ascii="Liberation Sans" w:hAnsi="Liberation Sans" w:eastAsia="ＭＳ 明朝" w:cs="Liberation Sans" w:eastAsiaTheme="minorEastAsia" w:csTheme="minorBidi"/>
          <w:color w:val="25343B"/>
          <w:sz w:val="21"/>
          <w:szCs w:val="22"/>
        </w:rPr>
        <w:t xml:space="preserve">5. </w:t>
      </w:r>
      <w:r>
        <w:rPr>
          <w:rFonts w:ascii="Liberation Sans" w:hAnsi="Liberation Sans" w:eastAsia="ＭＳ 明朝" w:cs="Liberation Sans" w:eastAsiaTheme="minorEastAsia" w:csTheme="minorBidi"/>
          <w:b/>
          <w:bCs/>
          <w:color w:val="25343B"/>
          <w:sz w:val="21"/>
          <w:szCs w:val="22"/>
        </w:rPr>
        <w:t>Identify your target client</w:t>
      </w:r>
      <w:r>
        <w:rPr>
          <w:rFonts w:ascii="Liberation Sans" w:hAnsi="Liberation Sans" w:eastAsia="ＭＳ 明朝" w:cs="Liberation Sans" w:eastAsiaTheme="minorEastAsia" w:csTheme="minorBidi"/>
          <w:color w:val="25343B"/>
          <w:sz w:val="21"/>
          <w:szCs w:val="22"/>
        </w:rPr>
        <w:t>: After understanding your market, identify the niche you aim to serve and the type of clients you want to target. Create a client persona that reflects their specific needs and concerns.</w:t>
      </w:r>
    </w:p>
    <w:p w14:paraId="14651433">
      <w:pPr>
        <w:ind w:left="331" w:hanging="331"/>
      </w:pPr>
      <w:r>
        <w:rPr>
          <w:rFonts w:ascii="Liberation Sans" w:hAnsi="Liberation Sans" w:eastAsia="ＭＳ 明朝" w:cs="Liberation Sans" w:eastAsiaTheme="minorEastAsia" w:csTheme="minorBidi"/>
          <w:color w:val="25343B"/>
          <w:sz w:val="21"/>
          <w:szCs w:val="22"/>
        </w:rPr>
        <w:t xml:space="preserve">6. </w:t>
      </w:r>
      <w:r>
        <w:rPr>
          <w:rFonts w:ascii="Liberation Sans" w:hAnsi="Liberation Sans" w:eastAsia="ＭＳ 明朝" w:cs="Liberation Sans" w:eastAsiaTheme="minorEastAsia" w:csTheme="minorBidi"/>
          <w:b/>
          <w:bCs/>
          <w:color w:val="25343B"/>
          <w:sz w:val="21"/>
          <w:szCs w:val="22"/>
        </w:rPr>
        <w:t>Conduct a SWOT analysis</w:t>
      </w:r>
      <w:r>
        <w:rPr>
          <w:rFonts w:ascii="Liberation Sans" w:hAnsi="Liberation Sans" w:eastAsia="ＭＳ 明朝" w:cs="Liberation Sans" w:eastAsiaTheme="minorEastAsia" w:csTheme="minorBidi"/>
          <w:color w:val="25343B"/>
          <w:sz w:val="21"/>
          <w:szCs w:val="22"/>
        </w:rPr>
        <w:t>: Analyze your business’s Strengths, Weaknesses, Opportunities and Threats. This should reflect a combination of personal attributes and external market conditions.</w:t>
      </w:r>
    </w:p>
    <w:p w14:paraId="258439F8">
      <w:pPr>
        <w:ind w:left="331" w:hanging="331"/>
      </w:pPr>
      <w:r>
        <w:rPr>
          <w:rFonts w:ascii="Liberation Sans" w:hAnsi="Liberation Sans" w:eastAsia="ＭＳ 明朝" w:cs="Liberation Sans" w:eastAsiaTheme="minorEastAsia" w:csTheme="minorBidi"/>
          <w:color w:val="25343B"/>
          <w:sz w:val="21"/>
          <w:szCs w:val="22"/>
        </w:rPr>
        <w:t xml:space="preserve">7. </w:t>
      </w:r>
      <w:r>
        <w:rPr>
          <w:rFonts w:ascii="Liberation Sans" w:hAnsi="Liberation Sans" w:eastAsia="ＭＳ 明朝" w:cs="Liberation Sans" w:eastAsiaTheme="minorEastAsia" w:csTheme="minorBidi"/>
          <w:b/>
          <w:bCs/>
          <w:color w:val="25343B"/>
          <w:sz w:val="21"/>
          <w:szCs w:val="22"/>
        </w:rPr>
        <w:t>Establish your SMART goals</w:t>
      </w:r>
      <w:r>
        <w:rPr>
          <w:rFonts w:ascii="Liberation Sans" w:hAnsi="Liberation Sans" w:eastAsia="ＭＳ 明朝" w:cs="Liberation Sans" w:eastAsiaTheme="minorEastAsia" w:csTheme="minorBidi"/>
          <w:color w:val="25343B"/>
          <w:sz w:val="21"/>
          <w:szCs w:val="22"/>
        </w:rPr>
        <w:t>: Set specific, measurable, attainable, realistic and timely goals. These goals could be financial, expansion-related or based on other business metrics.</w:t>
      </w:r>
    </w:p>
    <w:p w14:paraId="0BD35314">
      <w:pPr>
        <w:ind w:left="331" w:hanging="331"/>
      </w:pPr>
      <w:r>
        <w:rPr>
          <w:rFonts w:ascii="Liberation Sans" w:hAnsi="Liberation Sans" w:eastAsia="ＭＳ 明朝" w:cs="Liberation Sans" w:eastAsiaTheme="minorEastAsia" w:csTheme="minorBidi"/>
          <w:color w:val="25343B"/>
          <w:sz w:val="21"/>
          <w:szCs w:val="22"/>
        </w:rPr>
        <w:t xml:space="preserve">8. </w:t>
      </w:r>
      <w:r>
        <w:rPr>
          <w:rFonts w:ascii="Liberation Sans" w:hAnsi="Liberation Sans" w:eastAsia="ＭＳ 明朝" w:cs="Liberation Sans" w:eastAsiaTheme="minorEastAsia" w:csTheme="minorBidi"/>
          <w:b/>
          <w:bCs/>
          <w:color w:val="25343B"/>
          <w:sz w:val="21"/>
          <w:szCs w:val="22"/>
        </w:rPr>
        <w:t>Explain your services and business model:</w:t>
      </w:r>
      <w:r>
        <w:rPr>
          <w:rFonts w:ascii="Liberation Sans" w:hAnsi="Liberation Sans" w:eastAsia="ＭＳ 明朝" w:cs="Liberation Sans" w:eastAsiaTheme="minorEastAsia" w:csTheme="minorBidi"/>
          <w:color w:val="25343B"/>
          <w:sz w:val="21"/>
          <w:szCs w:val="22"/>
        </w:rPr>
        <w:t xml:space="preserve"> Outline the services you offer, such as brokerage, property management, or consulting, and how you generate revenue. Clarify your pricing or commission structure and highlight what makes your service approach unique.</w:t>
      </w:r>
    </w:p>
    <w:p w14:paraId="7BD77B23">
      <w:pPr>
        <w:ind w:left="331" w:hanging="331"/>
      </w:pPr>
      <w:r>
        <w:rPr>
          <w:rFonts w:ascii="Liberation Sans" w:hAnsi="Liberation Sans" w:eastAsia="ＭＳ 明朝" w:cs="Liberation Sans" w:eastAsiaTheme="minorEastAsia" w:csTheme="minorBidi"/>
          <w:color w:val="25343B"/>
          <w:sz w:val="21"/>
          <w:szCs w:val="22"/>
        </w:rPr>
        <w:t xml:space="preserve">9. </w:t>
      </w:r>
      <w:r>
        <w:rPr>
          <w:rFonts w:ascii="Liberation Sans" w:hAnsi="Liberation Sans" w:eastAsia="ＭＳ 明朝" w:cs="Liberation Sans" w:eastAsiaTheme="minorEastAsia" w:csTheme="minorBidi"/>
          <w:b/>
          <w:bCs/>
          <w:color w:val="25343B"/>
          <w:sz w:val="21"/>
          <w:szCs w:val="22"/>
        </w:rPr>
        <w:t>Create a marketing plan</w:t>
      </w:r>
      <w:r>
        <w:rPr>
          <w:rFonts w:ascii="Liberation Sans" w:hAnsi="Liberation Sans" w:eastAsia="ＭＳ 明朝" w:cs="Liberation Sans" w:eastAsiaTheme="minorEastAsia" w:csTheme="minorBidi"/>
          <w:color w:val="25343B"/>
          <w:sz w:val="21"/>
          <w:szCs w:val="22"/>
        </w:rPr>
        <w:t>: Develop a marketing plan that addresses the product, price, place and promotion of your services. Determine your pricing strategy, promotional methods and marketing channels. If you’re unsure what marketing activities to choose, consider this guide on how to market yourself as a realtor.</w:t>
      </w:r>
    </w:p>
    <w:p w14:paraId="2C33CD75">
      <w:pPr>
        <w:ind w:left="331" w:hanging="331"/>
      </w:pPr>
      <w:r>
        <w:rPr>
          <w:rFonts w:ascii="Liberation Sans" w:hAnsi="Liberation Sans" w:eastAsia="ＭＳ 明朝" w:cs="Liberation Sans" w:eastAsiaTheme="minorEastAsia" w:csTheme="minorBidi"/>
          <w:color w:val="25343B"/>
          <w:sz w:val="21"/>
          <w:szCs w:val="22"/>
        </w:rPr>
        <w:t xml:space="preserve">10. </w:t>
      </w:r>
      <w:r>
        <w:rPr>
          <w:rFonts w:ascii="Liberation Sans" w:hAnsi="Liberation Sans" w:eastAsia="ＭＳ 明朝" w:cs="Liberation Sans" w:eastAsiaTheme="minorEastAsia" w:csTheme="minorBidi"/>
          <w:b/>
          <w:bCs/>
          <w:color w:val="25343B"/>
          <w:sz w:val="21"/>
          <w:szCs w:val="22"/>
        </w:rPr>
        <w:t>Form a team</w:t>
      </w:r>
      <w:r>
        <w:rPr>
          <w:rFonts w:ascii="Liberation Sans" w:hAnsi="Liberation Sans" w:eastAsia="ＭＳ 明朝" w:cs="Liberation Sans" w:eastAsiaTheme="minorEastAsia" w:csTheme="minorBidi"/>
          <w:color w:val="25343B"/>
          <w:sz w:val="21"/>
          <w:szCs w:val="22"/>
        </w:rPr>
        <w:t>: Ensure the cooperation of colleagues, supervisors and supervisees involved in your plan. Clarify their roles and how their participation will be evaluated.</w:t>
      </w:r>
    </w:p>
    <w:p w14:paraId="384AC20E">
      <w:pPr>
        <w:ind w:left="331" w:hanging="331"/>
      </w:pPr>
      <w:r>
        <w:rPr>
          <w:rFonts w:ascii="Liberation Sans" w:hAnsi="Liberation Sans" w:eastAsia="ＭＳ 明朝" w:cs="Liberation Sans" w:eastAsiaTheme="minorEastAsia" w:csTheme="minorBidi"/>
          <w:color w:val="25343B"/>
          <w:sz w:val="21"/>
          <w:szCs w:val="22"/>
        </w:rPr>
        <w:t xml:space="preserve">11. </w:t>
      </w:r>
      <w:r>
        <w:rPr>
          <w:rFonts w:ascii="Liberation Sans" w:hAnsi="Liberation Sans" w:eastAsia="ＭＳ 明朝" w:cs="Liberation Sans" w:eastAsiaTheme="minorEastAsia" w:csTheme="minorBidi"/>
          <w:b/>
          <w:bCs/>
          <w:color w:val="25343B"/>
          <w:sz w:val="21"/>
          <w:szCs w:val="22"/>
        </w:rPr>
        <w:t>Create your financial plan</w:t>
      </w:r>
      <w:r>
        <w:rPr>
          <w:rFonts w:ascii="Liberation Sans" w:hAnsi="Liberation Sans" w:eastAsia="ＭＳ 明朝" w:cs="Liberation Sans" w:eastAsiaTheme="minorEastAsia" w:csTheme="minorBidi"/>
          <w:color w:val="25343B"/>
          <w:sz w:val="21"/>
          <w:szCs w:val="22"/>
        </w:rPr>
        <w:t>: Account for all operating expenses, including marketing and lead generation costs. It’s also important to have an organized system to manage contacts, especially when tracking leads, clients and follow-ups as your real estate business grows. Calculate the number of transactions needed to meet your financial goals. Remember to separate personal and business finances.</w:t>
      </w:r>
    </w:p>
    <w:p w14:paraId="2D851DBE">
      <w:pPr>
        <w:ind w:left="331" w:hanging="331"/>
      </w:pPr>
      <w:r>
        <w:rPr>
          <w:rFonts w:ascii="Liberation Sans" w:hAnsi="Liberation Sans" w:eastAsia="ＭＳ 明朝" w:cs="Liberation Sans" w:eastAsiaTheme="minorEastAsia" w:csTheme="minorBidi"/>
          <w:color w:val="25343B"/>
          <w:sz w:val="21"/>
          <w:szCs w:val="22"/>
        </w:rPr>
        <w:t xml:space="preserve">12. </w:t>
      </w:r>
      <w:r>
        <w:rPr>
          <w:rFonts w:ascii="Liberation Sans" w:hAnsi="Liberation Sans" w:eastAsia="ＭＳ 明朝" w:cs="Liberation Sans" w:eastAsiaTheme="minorEastAsia" w:csTheme="minorBidi"/>
          <w:b/>
          <w:bCs/>
          <w:color w:val="25343B"/>
          <w:sz w:val="21"/>
          <w:szCs w:val="22"/>
        </w:rPr>
        <w:t>Revisit your business plan to monitor &amp; evaluate</w:t>
      </w:r>
      <w:r>
        <w:rPr>
          <w:rFonts w:ascii="Liberation Sans" w:hAnsi="Liberation Sans" w:eastAsia="ＭＳ 明朝" w:cs="Liberation Sans" w:eastAsiaTheme="minorEastAsia" w:csTheme="minorBidi"/>
          <w:color w:val="25343B"/>
          <w:sz w:val="21"/>
          <w:szCs w:val="22"/>
        </w:rPr>
        <w:t>: Treat your business plan as a living document. Plan periodic reviews (quarterly, semi-annually or annually) to check if your strategies are advancing you toward your goals.</w:t>
      </w:r>
    </w:p>
    <w:p w14:paraId="762ABC09">
      <w:pPr>
        <w:ind w:left="331" w:hanging="331"/>
      </w:pPr>
      <w:r>
        <w:rPr>
          <w:rFonts w:ascii="Liberation Sans" w:hAnsi="Liberation Sans" w:eastAsia="ＭＳ 明朝" w:cs="Liberation Sans" w:eastAsiaTheme="minorEastAsia" w:csTheme="minorBidi"/>
          <w:color w:val="25343B"/>
          <w:sz w:val="21"/>
          <w:szCs w:val="22"/>
        </w:rPr>
        <w:t xml:space="preserve">13. </w:t>
      </w:r>
      <w:r>
        <w:rPr>
          <w:rFonts w:ascii="Liberation Sans" w:hAnsi="Liberation Sans" w:eastAsia="ＭＳ 明朝" w:cs="Liberation Sans" w:eastAsiaTheme="minorEastAsia" w:csTheme="minorBidi"/>
          <w:b/>
          <w:bCs/>
          <w:color w:val="25343B"/>
          <w:sz w:val="21"/>
          <w:szCs w:val="22"/>
        </w:rPr>
        <w:t>Create a risk and contingency plan (new)</w:t>
      </w:r>
      <w:r>
        <w:rPr>
          <w:rFonts w:ascii="Liberation Sans" w:hAnsi="Liberation Sans" w:eastAsia="ＭＳ 明朝" w:cs="Liberation Sans" w:eastAsiaTheme="minorEastAsia" w:csTheme="minorBidi"/>
          <w:color w:val="25343B"/>
          <w:sz w:val="21"/>
          <w:szCs w:val="22"/>
        </w:rPr>
        <w:t>: Identify the risks you may face, including market shifts, regulation changes, competition, and outline how you’ll mitigate them. This helps you stay prepared and resilient.</w:t>
      </w:r>
    </w:p>
    <w:p w14:paraId="6A7556C2">
      <w:pPr>
        <w:ind w:left="331" w:hanging="331"/>
      </w:pPr>
      <w:r>
        <w:rPr>
          <w:rFonts w:ascii="Liberation Sans" w:hAnsi="Liberation Sans" w:eastAsia="ＭＳ 明朝" w:cs="Liberation Sans" w:eastAsiaTheme="minorEastAsia" w:csTheme="minorBidi"/>
          <w:color w:val="25343B"/>
          <w:sz w:val="21"/>
          <w:szCs w:val="22"/>
        </w:rPr>
        <w:t xml:space="preserve">14. </w:t>
      </w:r>
      <w:r>
        <w:rPr>
          <w:rFonts w:ascii="Liberation Sans" w:hAnsi="Liberation Sans" w:eastAsia="ＭＳ 明朝" w:cs="Liberation Sans" w:eastAsiaTheme="minorEastAsia" w:csTheme="minorBidi"/>
          <w:b/>
          <w:bCs/>
          <w:color w:val="25343B"/>
          <w:sz w:val="21"/>
          <w:szCs w:val="22"/>
        </w:rPr>
        <w:t>Revisit your business plan regularly:</w:t>
      </w:r>
      <w:r>
        <w:rPr>
          <w:rFonts w:ascii="Liberation Sans" w:hAnsi="Liberation Sans" w:eastAsia="ＭＳ 明朝" w:cs="Liberation Sans" w:eastAsiaTheme="minorEastAsia" w:csTheme="minorBidi"/>
          <w:color w:val="25343B"/>
          <w:sz w:val="21"/>
          <w:szCs w:val="22"/>
        </w:rPr>
        <w:t xml:space="preserve"> Treat it as a living document. Review your goals and results periodically and adjust your strategies based on performance and new opportunities.</w:t>
      </w:r>
    </w:p>
    <w:p w14:paraId="2CCFF1B0">
      <w:pPr>
        <w:ind w:left="331" w:hanging="331"/>
      </w:pPr>
      <w:r>
        <w:rPr>
          <w:rFonts w:ascii="Liberation Sans" w:hAnsi="Liberation Sans" w:eastAsia="ＭＳ 明朝" w:cs="Liberation Sans" w:eastAsiaTheme="minorEastAsia" w:csTheme="minorBidi"/>
          <w:color w:val="25343B"/>
          <w:sz w:val="21"/>
          <w:szCs w:val="22"/>
        </w:rPr>
        <w:t xml:space="preserve">15. </w:t>
      </w:r>
      <w:r>
        <w:rPr>
          <w:rFonts w:ascii="Liberation Sans" w:hAnsi="Liberation Sans" w:eastAsia="ＭＳ 明朝" w:cs="Liberation Sans" w:eastAsiaTheme="minorEastAsia" w:csTheme="minorBidi"/>
          <w:b/>
          <w:bCs/>
          <w:color w:val="25343B"/>
          <w:sz w:val="21"/>
          <w:szCs w:val="22"/>
        </w:rPr>
        <w:t>Add your appendix</w:t>
      </w:r>
      <w:r>
        <w:rPr>
          <w:rFonts w:ascii="Liberation Sans" w:hAnsi="Liberation Sans" w:eastAsia="ＭＳ 明朝" w:cs="Liberation Sans" w:eastAsiaTheme="minorEastAsia" w:csTheme="minorBidi"/>
          <w:color w:val="25343B"/>
          <w:sz w:val="21"/>
          <w:szCs w:val="22"/>
        </w:rPr>
        <w:t>: Include supporting documents such as market research, financial statements, licenses, sample marketing assets and operational templates.</w:t>
      </w:r>
    </w:p>
    <w:p w14:paraId="70C5859E">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FAQs on real estate business plan</w:t>
      </w:r>
    </w:p>
    <w:p w14:paraId="25295B44">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 xml:space="preserve">1. </w:t>
      </w:r>
      <w:r>
        <w:rPr>
          <w:rFonts w:ascii="Liberation Sans" w:hAnsi="Liberation Sans" w:eastAsia="ＭＳ ゴシック" w:cs="Liberation Sans" w:asciiTheme="majorHAnsi" w:hAnsiTheme="majorHAnsi" w:eastAsiaTheme="majorEastAsia" w:csTheme="majorBidi"/>
          <w:b/>
          <w:bCs/>
          <w:color w:val="17384A"/>
          <w:sz w:val="23"/>
          <w:szCs w:val="22"/>
        </w:rPr>
        <w:t>What is the best real estate business plan template for investors?</w:t>
      </w:r>
    </w:p>
    <w:p w14:paraId="178FC049">
      <w:pPr>
        <w:spacing w:after="120" w:line="269" w:lineRule="auto"/>
      </w:pPr>
      <w:r>
        <w:rPr>
          <w:rFonts w:ascii="Liberation Sans" w:hAnsi="Liberation Sans" w:eastAsia="ＭＳ 明朝" w:cs="Liberation Sans" w:eastAsiaTheme="minorEastAsia" w:csTheme="minorBidi"/>
          <w:color w:val="25343B"/>
          <w:sz w:val="21"/>
          <w:szCs w:val="22"/>
        </w:rPr>
        <w:t>The best template for investors should include an executive summary that highlights the business’s unique selling points, target market, and investment opportunity. A thorough market research section with trends and competitive analysis is critical. The business model should describe how revenue is generated, whether through property sales, rentals, or development.</w:t>
      </w:r>
    </w:p>
    <w:p w14:paraId="25A0F35A">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 xml:space="preserve">2. </w:t>
      </w:r>
      <w:r>
        <w:rPr>
          <w:rFonts w:ascii="Liberation Sans" w:hAnsi="Liberation Sans" w:eastAsia="ＭＳ ゴシック" w:cs="Liberation Sans" w:asciiTheme="majorHAnsi" w:hAnsiTheme="majorHAnsi" w:eastAsiaTheme="majorEastAsia" w:csTheme="majorBidi"/>
          <w:b/>
          <w:bCs/>
          <w:color w:val="17384A"/>
          <w:sz w:val="23"/>
          <w:szCs w:val="22"/>
        </w:rPr>
        <w:t>How do I structure financial projections in a real estate business plan?</w:t>
      </w:r>
    </w:p>
    <w:p w14:paraId="1A66ABB5">
      <w:pPr>
        <w:spacing w:after="120" w:line="269" w:lineRule="auto"/>
      </w:pPr>
      <w:r>
        <w:rPr>
          <w:rFonts w:ascii="Liberation Sans" w:hAnsi="Liberation Sans" w:eastAsia="ＭＳ 明朝" w:cs="Liberation Sans" w:eastAsiaTheme="minorEastAsia" w:csTheme="minorBidi"/>
          <w:color w:val="25343B"/>
          <w:sz w:val="21"/>
          <w:szCs w:val="22"/>
        </w:rPr>
        <w:t>Start with revenue projections, estimating income from property sales, rentals, or development projects over 3-5 years. Include a detailed breakdown of operating expenses like property maintenance, marketing, and staff salaries. Prepare a cash flow statement showing expected cash inflows and outflows to demonstrate liquidity. Finally, include a profit and loss statement and balance sheet to provide a complete financial picture for investors, allowing them to assess the potential return on investment (ROI).</w:t>
      </w:r>
    </w:p>
    <w:p w14:paraId="6407D017">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 xml:space="preserve">3. </w:t>
      </w:r>
      <w:r>
        <w:rPr>
          <w:rFonts w:ascii="Liberation Sans" w:hAnsi="Liberation Sans" w:eastAsia="ＭＳ ゴシック" w:cs="Liberation Sans" w:asciiTheme="majorHAnsi" w:hAnsiTheme="majorHAnsi" w:eastAsiaTheme="majorEastAsia" w:csTheme="majorBidi"/>
          <w:b/>
          <w:bCs/>
          <w:color w:val="17384A"/>
          <w:sz w:val="23"/>
          <w:szCs w:val="22"/>
        </w:rPr>
        <w:t>What are the challenges in managing a real estate business successfully?</w:t>
      </w:r>
    </w:p>
    <w:p w14:paraId="488808F1">
      <w:pPr>
        <w:spacing w:after="120" w:line="269" w:lineRule="auto"/>
      </w:pPr>
      <w:r>
        <w:rPr>
          <w:rFonts w:ascii="Liberation Sans" w:hAnsi="Liberation Sans" w:eastAsia="ＭＳ 明朝" w:cs="Liberation Sans" w:eastAsiaTheme="minorEastAsia" w:csTheme="minorBidi"/>
          <w:color w:val="25343B"/>
          <w:sz w:val="21"/>
          <w:szCs w:val="22"/>
        </w:rPr>
        <w:t>Key challenges include market volatility, where changes in the economy or interest rates can affect property demand. Managing cash flow is another challenge, as real estate businesses often face high upfront costs and delayed revenue.</w:t>
      </w:r>
    </w:p>
    <w:p w14:paraId="1EFE1488">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 xml:space="preserve">4. </w:t>
      </w:r>
      <w:r>
        <w:rPr>
          <w:rFonts w:ascii="Liberation Sans" w:hAnsi="Liberation Sans" w:eastAsia="ＭＳ ゴシック" w:cs="Liberation Sans" w:asciiTheme="majorHAnsi" w:hAnsiTheme="majorHAnsi" w:eastAsiaTheme="majorEastAsia" w:csTheme="majorBidi"/>
          <w:b/>
          <w:bCs/>
          <w:color w:val="17384A"/>
          <w:sz w:val="23"/>
          <w:szCs w:val="22"/>
        </w:rPr>
        <w:t>How to create a commercial real estate investment strategy?</w:t>
      </w:r>
    </w:p>
    <w:p w14:paraId="278E7DE1">
      <w:pPr>
        <w:spacing w:after="120" w:line="269" w:lineRule="auto"/>
      </w:pPr>
      <w:r>
        <w:rPr>
          <w:rFonts w:ascii="Liberation Sans" w:hAnsi="Liberation Sans" w:eastAsia="ＭＳ 明朝" w:cs="Liberation Sans" w:eastAsiaTheme="minorEastAsia" w:csTheme="minorBidi"/>
          <w:color w:val="25343B"/>
          <w:sz w:val="21"/>
          <w:szCs w:val="22"/>
        </w:rPr>
        <w:t>Start by identifying your investment goals, such as long-term capital appreciation or steady rental income. Conduct market research to find high-demand commercial areas or emerging growth markets. Develop a property acquisition plan, considering location, property type, and value-add potential. Assess financing options and determine whether you’ll use equity, loans, or partnerships to fund purchases.</w:t>
      </w:r>
    </w:p>
    <w:p w14:paraId="37688483">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Wrapping up</w:t>
      </w:r>
    </w:p>
    <w:p w14:paraId="6DA04D3A">
      <w:pPr>
        <w:spacing w:after="120" w:line="269" w:lineRule="auto"/>
      </w:pPr>
      <w:r>
        <w:rPr>
          <w:rFonts w:ascii="Liberation Sans" w:hAnsi="Liberation Sans" w:eastAsia="ＭＳ 明朝" w:cs="Liberation Sans" w:eastAsiaTheme="minorEastAsia" w:csTheme="minorBidi"/>
          <w:color w:val="25343B"/>
          <w:sz w:val="21"/>
          <w:szCs w:val="22"/>
        </w:rPr>
        <w:t>The journey to a successful real estate venture is intricately linked to the quality and depth of your business plan. From understanding the nuances of the real estate market to setting strategic goals, a well-crafted business plan acts as the backbone of any thriving real estate business. Whether you’re developing a general real estate business plan, focusing on investment, working as an agent, or operating as a realtor, each plan type serves its unique purpose and addresses specific aspects of the real estate world.</w:t>
      </w:r>
    </w:p>
    <w:p w14:paraId="08B4761C">
      <w:pPr>
        <w:spacing w:after="120" w:line="269" w:lineRule="auto"/>
      </w:pPr>
      <w:r>
        <w:rPr>
          <w:rFonts w:ascii="Liberation Sans" w:hAnsi="Liberation Sans" w:eastAsia="ＭＳ 明朝" w:cs="Liberation Sans" w:eastAsiaTheme="minorEastAsia" w:csTheme="minorBidi"/>
          <w:color w:val="25343B"/>
          <w:sz w:val="21"/>
          <w:szCs w:val="22"/>
        </w:rPr>
        <w:t>The examples and insights provided in this article serve as a guide to help you navigate the complexities of the real estate industry. Remember, a real estate business plan is not a static document but a dynamic blueprint that evolves with your business and the ever-changing market trends.</w:t>
      </w:r>
    </w:p>
    <w:p w14:paraId="5B2FDE7F">
      <w:pPr>
        <w:spacing w:after="120" w:line="269" w:lineRule="auto"/>
      </w:pPr>
      <w:r>
        <w:rPr>
          <w:rFonts w:ascii="Liberation Sans" w:hAnsi="Liberation Sans" w:eastAsia="ＭＳ 明朝" w:cs="Liberation Sans" w:eastAsiaTheme="minorEastAsia" w:csTheme="minorBidi"/>
          <w:color w:val="25343B"/>
          <w:sz w:val="21"/>
          <w:szCs w:val="22"/>
        </w:rPr>
        <w:t>Crafting a strategic real estate business plan is a crucial step towards achieving your business goals. So, start shaping your vision today with Venngage.</w:t>
      </w:r>
    </w:p>
    <w:p w14:paraId="7CD9C2B9">
      <w:pPr>
        <w:spacing w:after="120" w:line="269" w:lineRule="auto"/>
      </w:pPr>
      <w:r>
        <w:rPr>
          <w:rFonts w:ascii="Liberation Sans" w:hAnsi="Liberation Sans" w:eastAsia="ＭＳ 明朝" w:cs="Liberation Sans" w:eastAsiaTheme="minorEastAsia" w:csTheme="minorBidi"/>
          <w:color w:val="25343B"/>
          <w:sz w:val="21"/>
          <w:szCs w:val="22"/>
        </w:rPr>
        <w:t>Explore Venngage Business Plan Maker &amp; our business plan templates and begin your journey to a successful real estate business now!</w:t>
      </w:r>
    </w:p>
    <w:p w14:paraId="49A484AF">
      <w:pPr>
        <w:pageBreakBefore/>
        <w:spacing w:after="120" w:line="269" w:lineRule="auto"/>
      </w:pPr>
      <w:r>
        <w:lastRenderedPageBreak/>
      </w:r>
    </w:p>
    <w:p w14:paraId="0C536380">
      <w:pPr>
        <w:pStyle w:val="Heading1"/>
      </w:pPr>
      <w:bookmarkStart w:id="7" w:name="appendix"/>
      <w:r>
        <w:rPr>
          <w:rFonts w:ascii="Liberation Sans" w:hAnsi="Liberation Sans" w:eastAsia="ＭＳ ゴシック" w:cs="Liberation Sans" w:asciiTheme="majorHAnsi" w:hAnsiTheme="majorHAnsi" w:eastAsiaTheme="majorEastAsia" w:csTheme="majorBidi"/>
          <w:b/>
          <w:bCs/>
          <w:color w:val="17384A"/>
          <w:sz w:val="40"/>
          <w:szCs w:val="28"/>
        </w:rPr>
        <w:t>Appendix</w:t>
      </w:r>
      <w:bookmarkEnd w:id="7"/>
    </w:p>
    <w:p w14:paraId="71E92C5E">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Source register</w:t>
      </w:r>
    </w:p>
    <w:p w14:paraId="7AA52ACC">
      <w:pPr>
        <w:pStyle w:val="ArchiveHeading"/>
      </w:pPr>
      <w:r>
        <w:rPr>
          <w:rFonts w:ascii="Liberation Sans" w:hAnsi="Liberation Sans" w:eastAsia="ＭＳ 明朝" w:cs="Liberation Sans" w:eastAsiaTheme="minorEastAsia" w:csTheme="minorBidi"/>
          <w:b/>
          <w:bCs/>
          <w:color w:val="17384A"/>
          <w:sz w:val="21"/>
          <w:szCs w:val="22"/>
        </w:rPr>
        <w:t xml:space="preserve">01  Smart Business Plans Australia</w:t>
      </w:r>
    </w:p>
    <w:p w14:paraId="492EFB82">
      <w:pPr>
        <w:pStyle w:val="Archive"/>
      </w:pPr>
      <w:r>
        <w:rPr>
          <w:rFonts w:ascii="Liberation Sans" w:hAnsi="Liberation Sans" w:eastAsia="ＭＳ 明朝" w:cs="Liberation Sans" w:eastAsiaTheme="minorEastAsia" w:csTheme="minorBidi"/>
          <w:color w:val="25343B"/>
          <w:sz w:val="18"/>
          <w:szCs w:val="22"/>
        </w:rPr>
        <w:t>0001-how-to-write-an-effective-property-development-business-plan-australia-smart-business-plans-australi.md</w:t>
      </w:r>
    </w:p>
    <w:p w14:paraId="4F31BE05">
      <w:pPr>
        <w:pStyle w:val="ArchiveHeading"/>
      </w:pPr>
      <w:r>
        <w:rPr>
          <w:rFonts w:ascii="Liberation Sans" w:hAnsi="Liberation Sans" w:eastAsia="ＭＳ 明朝" w:cs="Liberation Sans" w:eastAsiaTheme="minorEastAsia" w:csTheme="minorBidi"/>
          <w:b/>
          <w:bCs/>
          <w:color w:val="17384A"/>
          <w:sz w:val="21"/>
          <w:szCs w:val="22"/>
        </w:rPr>
        <w:t xml:space="preserve">02  Developers Research</w:t>
      </w:r>
    </w:p>
    <w:p w14:paraId="1CB20CD1">
      <w:pPr>
        <w:pStyle w:val="Archive"/>
      </w:pPr>
      <w:r>
        <w:rPr>
          <w:rFonts w:ascii="Liberation Sans" w:hAnsi="Liberation Sans" w:eastAsia="ＭＳ 明朝" w:cs="Liberation Sans" w:eastAsiaTheme="minorEastAsia" w:csTheme="minorBidi"/>
          <w:color w:val="25343B"/>
          <w:sz w:val="18"/>
          <w:szCs w:val="22"/>
        </w:rPr>
        <w:t>0002-how-to-write-a-property-development-business-plan.md</w:t>
      </w:r>
    </w:p>
    <w:p w14:paraId="6FE2F445">
      <w:pPr>
        <w:pStyle w:val="ArchiveHeading"/>
      </w:pPr>
      <w:r>
        <w:rPr>
          <w:rFonts w:ascii="Liberation Sans" w:hAnsi="Liberation Sans" w:eastAsia="ＭＳ 明朝" w:cs="Liberation Sans" w:eastAsiaTheme="minorEastAsia" w:csTheme="minorBidi"/>
          <w:b/>
          <w:bCs/>
          <w:color w:val="17384A"/>
          <w:sz w:val="21"/>
          <w:szCs w:val="22"/>
        </w:rPr>
        <w:t xml:space="preserve">03  Xero AU</w:t>
      </w:r>
    </w:p>
    <w:p w14:paraId="0A5F0590">
      <w:pPr>
        <w:pStyle w:val="Archive"/>
      </w:pPr>
      <w:r>
        <w:rPr>
          <w:rFonts w:ascii="Liberation Sans" w:hAnsi="Liberation Sans" w:eastAsia="ＭＳ 明朝" w:cs="Liberation Sans" w:eastAsiaTheme="minorEastAsia" w:csTheme="minorBidi"/>
          <w:color w:val="25343B"/>
          <w:sz w:val="18"/>
          <w:szCs w:val="22"/>
        </w:rPr>
        <w:t>0006-real-estate-business-plan-xero-au.md</w:t>
      </w:r>
    </w:p>
    <w:p w14:paraId="49B14A5D">
      <w:pPr>
        <w:pStyle w:val="ArchiveHeading"/>
      </w:pPr>
      <w:r>
        <w:rPr>
          <w:rFonts w:ascii="Liberation Sans" w:hAnsi="Liberation Sans" w:eastAsia="ＭＳ 明朝" w:cs="Liberation Sans" w:eastAsiaTheme="minorEastAsia" w:csTheme="minorBidi"/>
          <w:b/>
          <w:bCs/>
          <w:color w:val="17384A"/>
          <w:sz w:val="21"/>
          <w:szCs w:val="22"/>
        </w:rPr>
        <w:t xml:space="preserve">04  Professional Business Plans</w:t>
      </w:r>
    </w:p>
    <w:p w14:paraId="343114C4">
      <w:pPr>
        <w:pStyle w:val="Archive"/>
      </w:pPr>
      <w:r>
        <w:rPr>
          <w:rFonts w:ascii="Liberation Sans" w:hAnsi="Liberation Sans" w:eastAsia="ＭＳ 明朝" w:cs="Liberation Sans" w:eastAsiaTheme="minorEastAsia" w:csTheme="minorBidi"/>
          <w:color w:val="25343B"/>
          <w:sz w:val="18"/>
          <w:szCs w:val="22"/>
        </w:rPr>
        <w:t>0010-property-development-business-plan-professional-business-plans.md</w:t>
      </w:r>
    </w:p>
    <w:p w14:paraId="725E2D8E">
      <w:pPr>
        <w:pStyle w:val="ArchiveHeading"/>
      </w:pPr>
      <w:r>
        <w:rPr>
          <w:rFonts w:ascii="Liberation Sans" w:hAnsi="Liberation Sans" w:eastAsia="ＭＳ 明朝" w:cs="Liberation Sans" w:eastAsiaTheme="minorEastAsia" w:csTheme="minorBidi"/>
          <w:b/>
          <w:bCs/>
          <w:color w:val="17384A"/>
          <w:sz w:val="21"/>
          <w:szCs w:val="22"/>
        </w:rPr>
        <w:t xml:space="preserve">05  Venngage</w:t>
      </w:r>
    </w:p>
    <w:p w14:paraId="3BD2A2FA">
      <w:pPr>
        <w:pStyle w:val="Archive"/>
      </w:pPr>
      <w:r>
        <w:rPr>
          <w:rFonts w:ascii="Liberation Sans" w:hAnsi="Liberation Sans" w:eastAsia="ＭＳ 明朝" w:cs="Liberation Sans" w:eastAsiaTheme="minorEastAsia" w:csTheme="minorBidi"/>
          <w:color w:val="25343B"/>
          <w:sz w:val="18"/>
          <w:szCs w:val="22"/>
        </w:rPr>
        <w:t>0015-9-real-estate-business-plan-examples-how-to-create-one.md</w:t>
      </w:r>
    </w:p>
    <w:p w14:paraId="6F78EFC3">
      <w:pPr>
        <w:pStyle w:val="Heading2"/>
      </w:pPr>
      <w:r>
        <w:rPr>
          <w:rFonts w:ascii="Liberation Sans" w:hAnsi="Liberation Sans" w:eastAsia="ＭＳ ゴシック" w:cs="Liberation Sans" w:asciiTheme="majorHAnsi" w:hAnsiTheme="majorHAnsi" w:eastAsiaTheme="majorEastAsia" w:csTheme="majorBidi"/>
          <w:b/>
          <w:bCs/>
          <w:color w:val="326A74"/>
          <w:sz w:val="28"/>
          <w:szCs w:val="26"/>
        </w:rPr>
        <w:t>Website material and repeated page content</w:t>
      </w:r>
    </w:p>
    <w:p w14:paraId="31957204">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 xml:space="preserve">02  Developers Research</w:t>
      </w:r>
    </w:p>
    <w:p w14:paraId="094D3FAF">
      <w:pPr>
        <w:pStyle w:val="Archive"/>
      </w:pPr>
      <w:r>
        <w:rPr>
          <w:rFonts w:ascii="Liberation Sans" w:hAnsi="Liberation Sans" w:eastAsia="ＭＳ 明朝" w:cs="Liberation Sans" w:eastAsiaTheme="minorEastAsia" w:csTheme="minorBidi"/>
          <w:color w:val="25343B"/>
          <w:sz w:val="18"/>
          <w:szCs w:val="22"/>
        </w:rPr>
        <w:t>Image label: Developers Research</w:t>
      </w:r>
    </w:p>
    <w:p w14:paraId="0F464FEE">
      <w:pPr>
        <w:pStyle w:val="ArchiveHeading"/>
      </w:pPr>
      <w:r>
        <w:rPr>
          <w:rFonts w:ascii="Liberation Sans" w:hAnsi="Liberation Sans" w:eastAsia="ＭＳ 明朝" w:cs="Liberation Sans" w:eastAsiaTheme="minorEastAsia" w:csTheme="minorBidi"/>
          <w:b/>
          <w:bCs/>
          <w:color w:val="17384A"/>
          <w:sz w:val="21"/>
          <w:szCs w:val="22"/>
        </w:rPr>
        <w:t>Blog</w:t>
      </w:r>
    </w:p>
    <w:p w14:paraId="247F01C0">
      <w:pPr>
        <w:pStyle w:val="Archive"/>
      </w:pPr>
      <w:r>
        <w:rPr>
          <w:rFonts w:ascii="Liberation Sans" w:hAnsi="Liberation Sans" w:eastAsia="ＭＳ 明朝" w:cs="Liberation Sans" w:eastAsiaTheme="minorEastAsia" w:csTheme="minorBidi"/>
          <w:color w:val="25343B"/>
          <w:sz w:val="18"/>
          <w:szCs w:val="22"/>
        </w:rPr>
        <w:t>Image label: blog-img</w:t>
      </w:r>
    </w:p>
    <w:p w14:paraId="54B3D47E">
      <w:pPr>
        <w:pStyle w:val="Archive"/>
      </w:pPr>
      <w:r>
        <w:rPr>
          <w:rFonts w:ascii="Liberation Sans" w:hAnsi="Liberation Sans" w:eastAsia="ＭＳ 明朝" w:cs="Liberation Sans" w:eastAsiaTheme="minorEastAsia" w:csTheme="minorBidi"/>
          <w:color w:val="25343B"/>
          <w:sz w:val="18"/>
          <w:szCs w:val="22"/>
        </w:rPr>
        <w:t xml:space="preserve">Prev  |  Next</w:t>
      </w:r>
    </w:p>
    <w:p w14:paraId="54C1EB48">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 xml:space="preserve">03  Xero AU</w:t>
      </w:r>
    </w:p>
    <w:p w14:paraId="38767390">
      <w:pPr>
        <w:pStyle w:val="Archive"/>
      </w:pPr>
      <w:r>
        <w:rPr>
          <w:rFonts w:ascii="Liberation Sans" w:hAnsi="Liberation Sans" w:eastAsia="ＭＳ 明朝" w:cs="Liberation Sans" w:eastAsiaTheme="minorEastAsia" w:csTheme="minorBidi"/>
          <w:b/>
          <w:bCs/>
          <w:color w:val="25343B"/>
          <w:sz w:val="18"/>
          <w:szCs w:val="22"/>
        </w:rPr>
        <w:t>First name</w:t>
      </w:r>
    </w:p>
    <w:p w14:paraId="2D1B498A">
      <w:pPr>
        <w:pStyle w:val="Archive"/>
      </w:pPr>
      <w:r>
        <w:rPr>
          <w:rFonts w:ascii="Liberation Sans" w:hAnsi="Liberation Sans" w:eastAsia="ＭＳ 明朝" w:cs="Liberation Sans" w:eastAsiaTheme="minorEastAsia" w:csTheme="minorBidi"/>
          <w:b/>
          <w:bCs/>
          <w:color w:val="25343B"/>
          <w:sz w:val="18"/>
          <w:szCs w:val="22"/>
        </w:rPr>
        <w:t>Your email address</w:t>
      </w:r>
    </w:p>
    <w:p w14:paraId="7618B201">
      <w:pPr>
        <w:pStyle w:val="Archive"/>
      </w:pPr>
      <w:r>
        <w:rPr>
          <w:rFonts w:ascii="Liberation Sans" w:hAnsi="Liberation Sans" w:eastAsia="ＭＳ 明朝" w:cs="Liberation Sans" w:eastAsiaTheme="minorEastAsia" w:csTheme="minorBidi"/>
          <w:b/>
          <w:bCs/>
          <w:color w:val="25343B"/>
          <w:sz w:val="18"/>
          <w:szCs w:val="22"/>
        </w:rPr>
        <w:t>Location</w:t>
      </w:r>
    </w:p>
    <w:p w14:paraId="1D7F7DB8">
      <w:pPr>
        <w:pStyle w:val="Archive"/>
      </w:pPr>
      <w:r>
        <w:rPr>
          <w:rFonts w:ascii="Liberation Sans" w:hAnsi="Liberation Sans" w:eastAsia="ＭＳ 明朝" w:cs="Liberation Sans" w:eastAsiaTheme="minorEastAsia" w:csTheme="minorBidi"/>
          <w:color w:val="25343B"/>
          <w:sz w:val="18"/>
          <w:szCs w:val="22"/>
        </w:rPr>
        <w:t>Please choose an optionPlease choose an optionAfghanistanÅland IslandsAlbaniaAlgeriaAmerican SamoaAndorraAngolaAnguillaAntigua and BarbudaArgentinaArmeniaArubaAustraliaAustriaAzerbaijanBahamasBahrainBangladeshBarbadosBelgiumBelizeBeninBermudaBhutanBoliviaBosnia and HerzegovinaBotswanaBouvet IslandBrazilBritish Indian Ocean TerritoryBrunei DarussalamBulgariaBurkina FasoBurundiCambodiaCameroonCanadaCape VerdeCayman IslandsCentral African RepublicChadChileChinaChristmas IslandCocos (Keeling) IslandsColombiaComorosCongoCongoCook IslandsCosta RicaCôte D’IvoireCroatiaCyprusCzech RepublicDenmarkDjiboutiDominicaDominican RepublicEcuadorEgyptEl SalvadorEquatorial GuineaEritreaEstoniaEthiopiaFalkland Islands (Malvinas)Faroe IslandsFijiFinlandFranceFrench GuianaFrench PolynesiaFrench Southern TerritoriesGabonGambiaGeorgiaGermanyGhanaGibraltarGreeceGreenlandGrenadaGuadeloupeGuamGuatemalaGuernseyGuineaGuinea-BissauGuyanaHaitiHeard Island and Mcdonald IslandsHoly See (Vatican City State)HondurasHong KongHungaryIcelandIndiaIndonesiaIraqIrelandIsle Of ManIsraelItalyJamaicaJapanJerseyJordanKazakhstanKenyaKiribatiKoreaKuwaitKyrgyzstanLaosLatviaLebanonLesothoLiberiaLibyan Arab JamahiriyaLiechtensteinLithuaniaLuxembourgMacaoMacedoniaMadagascarMalawiMalaysiaMaldivesMaliMaltaMarshall IslandsMartiniqueMauritaniaMauritiusMayotteMexicoMicronesiaMoldovaMonacoMongoliaMontenegroMontserratMoroccoMozambiqueNamibiaNauruNepalNetherlandsNetherlands AntillesNew CaledoniaNew ZealandNicaraguaNigerNigeriaNiueNorfolk IslandNorthern Mariana IslandsNorwayOmanPakistanPalauPalestinian TerritoryPanamaPapua New GuineaParaguayPeruPhilippinesPitcairnPolandPortugalPuerto RicoQatarRepublic of South SudanReunionRomaniaRwandaSaint BarthélemySaint HelenaSaint Kitts and NevisSaint LuciaSaint MartinSaint Pierre and MiquelonSaint Vincent and The GrenadinesSamoaSan MarinoSao Tome and PrincipeSaudi ArabiaSenegalSerbiaSeychellesSierra LeoneSingaporeSlovakiaSloveniaSolomon IslandsSomaliaSouth AfricaSouth Georgia and The South Sandwich IslandsSpainSri LankaSurinameSvalbard and Jan MayenSwazilandSwedenSwitzerlandTaiwanTajikistanTanzaniaThailandTimor-LesteTogoTokelauTongaTrinidad and TobagoTunisiaTurkeyTurkmenistanTurks and Caicos IslandsTuvaluUgandaUnited Arab EmiratesUnited KingdomUnited StatesUruguayUzbekistanVanuatuViet NamVirgin IslandsVirgin IslandsWallis and FutunaWestern SaharaYemenZambiaZimbabwe</w:t>
      </w:r>
    </w:p>
    <w:p w14:paraId="7CB1F14A">
      <w:pPr>
        <w:pStyle w:val="Archive"/>
      </w:pPr>
      <w:r>
        <w:rPr>
          <w:rFonts w:ascii="Liberation Sans" w:hAnsi="Liberation Sans" w:eastAsia="ＭＳ 明朝" w:cs="Liberation Sans" w:eastAsiaTheme="minorEastAsia" w:csTheme="minorBidi"/>
          <w:b/>
          <w:bCs/>
          <w:color w:val="25343B"/>
          <w:sz w:val="18"/>
          <w:szCs w:val="22"/>
        </w:rPr>
        <w:t>One page or multi-page template</w:t>
      </w:r>
    </w:p>
    <w:p w14:paraId="1B9C2171">
      <w:pPr>
        <w:pStyle w:val="Archive"/>
      </w:pPr>
      <w:r>
        <w:rPr>
          <w:rFonts w:ascii="Liberation Sans" w:hAnsi="Liberation Sans" w:eastAsia="ＭＳ 明朝" w:cs="Liberation Sans" w:eastAsiaTheme="minorEastAsia" w:csTheme="minorBidi"/>
          <w:color w:val="25343B"/>
          <w:sz w:val="18"/>
          <w:szCs w:val="22"/>
        </w:rPr>
        <w:t>Please choose an optionPlease choose an optionOne pageMulti-page</w:t>
      </w:r>
    </w:p>
    <w:p w14:paraId="180EE60D">
      <w:pPr>
        <w:pStyle w:val="Archive"/>
      </w:pPr>
      <w:r>
        <w:rPr>
          <w:rFonts w:ascii="Liberation Sans" w:hAnsi="Liberation Sans" w:eastAsia="ＭＳ 明朝" w:cs="Liberation Sans" w:eastAsiaTheme="minorEastAsia" w:csTheme="minorBidi"/>
          <w:b/>
          <w:bCs/>
          <w:color w:val="25343B"/>
          <w:sz w:val="18"/>
          <w:szCs w:val="22"/>
        </w:rPr>
        <w:t>What industry are you in?</w:t>
      </w:r>
    </w:p>
    <w:p w14:paraId="7E529A1B">
      <w:pPr>
        <w:pStyle w:val="Archive"/>
      </w:pPr>
      <w:r>
        <w:rPr>
          <w:rFonts w:ascii="Liberation Sans" w:hAnsi="Liberation Sans" w:eastAsia="ＭＳ 明朝" w:cs="Liberation Sans" w:eastAsiaTheme="minorEastAsia" w:csTheme="minorBidi"/>
          <w:color w:val="25343B"/>
          <w:sz w:val="18"/>
          <w:szCs w:val="22"/>
        </w:rPr>
        <w:t>Please choose an optionPlease choose an optionConstructionEcommerceRetailFarmingHealthcareHospitality (e.g.: restaurants, cafes, bars, hotels)Landlords / Property ManagersManufacturingNon-ProfitReal estateSelf-Employed (e.g.: freelancers, consultants, sole-proprietors)StartupOther</w:t>
      </w:r>
    </w:p>
    <w:p w14:paraId="15552BA1">
      <w:pPr>
        <w:pStyle w:val="Archive"/>
      </w:pPr>
      <w:r>
        <w:rPr>
          <w:rFonts w:ascii="Liberation Sans" w:hAnsi="Liberation Sans" w:eastAsia="ＭＳ 明朝" w:cs="Liberation Sans" w:eastAsiaTheme="minorEastAsia" w:csTheme="minorBidi"/>
          <w:b/>
          <w:bCs/>
          <w:color w:val="25343B"/>
          <w:sz w:val="18"/>
          <w:szCs w:val="22"/>
        </w:rPr>
        <w:t>How many employees do you have?</w:t>
      </w:r>
    </w:p>
    <w:p w14:paraId="549C426A">
      <w:pPr>
        <w:pStyle w:val="Archive"/>
      </w:pPr>
      <w:r>
        <w:rPr>
          <w:rFonts w:ascii="Liberation Sans" w:hAnsi="Liberation Sans" w:eastAsia="ＭＳ 明朝" w:cs="Liberation Sans" w:eastAsiaTheme="minorEastAsia" w:csTheme="minorBidi"/>
          <w:color w:val="25343B"/>
          <w:sz w:val="18"/>
          <w:szCs w:val="22"/>
        </w:rPr>
        <w:t>Please choose an optionPlease choose an option0 - It's just me12-56-1011-2425+</w:t>
      </w:r>
    </w:p>
    <w:p w14:paraId="03323468">
      <w:pPr>
        <w:pStyle w:val="Archive"/>
      </w:pPr>
      <w:r>
        <w:rPr>
          <w:rFonts w:ascii="Liberation Sans" w:hAnsi="Liberation Sans" w:eastAsia="ＭＳ 明朝" w:cs="Liberation Sans" w:eastAsiaTheme="minorEastAsia" w:csTheme="minorBidi"/>
          <w:color w:val="25343B"/>
          <w:sz w:val="18"/>
          <w:szCs w:val="22"/>
        </w:rPr>
        <w:t>I've read and agreed to the privacy notice:</w:t>
      </w:r>
    </w:p>
    <w:p w14:paraId="074A5D4F">
      <w:pPr>
        <w:pStyle w:val="Archive"/>
      </w:pPr>
      <w:r>
        <w:rPr>
          <w:rFonts w:ascii="Liberation Sans" w:hAnsi="Liberation Sans" w:eastAsia="ＭＳ 明朝" w:cs="Liberation Sans" w:eastAsiaTheme="minorEastAsia" w:csTheme="minorBidi"/>
          <w:color w:val="25343B"/>
          <w:sz w:val="18"/>
          <w:szCs w:val="22"/>
        </w:rPr>
        <w:t>Privacy notice.</w:t>
      </w:r>
    </w:p>
    <w:p w14:paraId="25282EC1">
      <w:pPr>
        <w:pStyle w:val="Archive"/>
      </w:pPr>
      <w:r>
        <w:rPr>
          <w:rFonts w:ascii="Liberation Sans" w:hAnsi="Liberation Sans" w:eastAsia="ＭＳ 明朝" w:cs="Liberation Sans" w:eastAsiaTheme="minorEastAsia" w:csTheme="minorBidi"/>
          <w:color w:val="25343B"/>
          <w:sz w:val="18"/>
          <w:szCs w:val="22"/>
        </w:rPr>
        <w:t>Send me my free PDF</w:t>
      </w:r>
    </w:p>
    <w:p w14:paraId="3F773A3B">
      <w:pPr>
        <w:pStyle w:val="Archive"/>
      </w:pPr>
      <w:r>
        <w:rPr>
          <w:rFonts w:ascii="Liberation Sans" w:hAnsi="Liberation Sans" w:eastAsia="ＭＳ 明朝" w:cs="Liberation Sans" w:eastAsiaTheme="minorEastAsia" w:csTheme="minorBidi"/>
          <w:b/>
          <w:bCs/>
          <w:color w:val="25343B"/>
          <w:sz w:val="18"/>
          <w:szCs w:val="22"/>
        </w:rPr>
        <w:t>Email address</w:t>
      </w:r>
    </w:p>
    <w:p w14:paraId="639F606C">
      <w:pPr>
        <w:pStyle w:val="Archive"/>
      </w:pPr>
      <w:r>
        <w:rPr>
          <w:rFonts w:ascii="Liberation Sans" w:hAnsi="Liberation Sans" w:eastAsia="ＭＳ 明朝" w:cs="Liberation Sans" w:eastAsiaTheme="minorEastAsia" w:csTheme="minorBidi"/>
          <w:color w:val="25343B"/>
          <w:sz w:val="18"/>
          <w:szCs w:val="22"/>
        </w:rPr>
        <w:t>Get one month free</w:t>
      </w:r>
    </w:p>
    <w:p w14:paraId="548DCA1C">
      <w:pPr>
        <w:pStyle w:val="Archive"/>
      </w:pPr>
      <w:r>
        <w:rPr>
          <w:rFonts w:ascii="Liberation Sans" w:hAnsi="Liberation Sans" w:eastAsia="ＭＳ 明朝" w:cs="Liberation Sans" w:eastAsiaTheme="minorEastAsia" w:csTheme="minorBidi"/>
          <w:color w:val="25343B"/>
          <w:sz w:val="18"/>
          <w:szCs w:val="22"/>
        </w:rPr>
        <w:t>Image label: A rainbow starting at the Xero logo and ending at a business</w:t>
      </w:r>
    </w:p>
    <w:p w14:paraId="7C35C1B6">
      <w:pPr>
        <w:pStyle w:val="Archive"/>
      </w:pPr>
      <w:r>
        <w:rPr>
          <w:rFonts w:ascii="Liberation Sans" w:hAnsi="Liberation Sans" w:eastAsia="ＭＳ 明朝" w:cs="Liberation Sans" w:eastAsiaTheme="minorEastAsia" w:csTheme="minorBidi"/>
          <w:color w:val="25343B"/>
          <w:sz w:val="18"/>
          <w:szCs w:val="22"/>
        </w:rPr>
        <w:t xml:space="preserve">Included  |  Included  |  Included  |  Included</w:t>
      </w:r>
    </w:p>
    <w:p w14:paraId="47942EBF">
      <w:pPr>
        <w:pStyle w:val="Archive"/>
      </w:pPr>
      <w:r>
        <w:rPr>
          <w:rFonts w:ascii="Liberation Sans" w:hAnsi="Liberation Sans" w:eastAsia="ＭＳ 明朝" w:cs="Liberation Sans" w:eastAsiaTheme="minorEastAsia" w:csTheme="minorBidi"/>
          <w:color w:val="25343B"/>
          <w:sz w:val="18"/>
          <w:szCs w:val="22"/>
        </w:rPr>
        <w:t>Image label: An example of a business plan template</w:t>
      </w:r>
    </w:p>
    <w:p w14:paraId="5544AB0A">
      <w:pPr>
        <w:pStyle w:val="Archive"/>
      </w:pPr>
      <w:r>
        <w:rPr>
          <w:rFonts w:ascii="Liberation Sans" w:hAnsi="Liberation Sans" w:eastAsia="ＭＳ 明朝" w:cs="Liberation Sans" w:eastAsiaTheme="minorEastAsia" w:csTheme="minorBidi"/>
          <w:color w:val="25343B"/>
          <w:sz w:val="18"/>
          <w:szCs w:val="22"/>
        </w:rPr>
        <w:t>Review and update your business plan at least once a year. This’ll keep your business up with industry changes and financial trends, so you can adjust your value proposition (how you keep your customers happy) and your market position.</w:t>
      </w:r>
    </w:p>
    <w:p w14:paraId="2FDF4344">
      <w:pPr>
        <w:pStyle w:val="Archive"/>
      </w:pPr>
      <w:r>
        <w:rPr>
          <w:rFonts w:ascii="Liberation Sans" w:hAnsi="Liberation Sans" w:eastAsia="ＭＳ 明朝" w:cs="Liberation Sans" w:eastAsiaTheme="minorEastAsia" w:csTheme="minorBidi"/>
          <w:color w:val="25343B"/>
          <w:sz w:val="18"/>
          <w:szCs w:val="22"/>
        </w:rPr>
        <w:t>A business plan is an internal document that outlines your goals and business strategy. A business proposal is an external document that you’d prepare when asking for something specific – an investment in your business, for instance.</w:t>
      </w:r>
    </w:p>
    <w:p w14:paraId="02F4066E">
      <w:pPr>
        <w:pStyle w:val="Archive"/>
      </w:pPr>
      <w:r>
        <w:rPr>
          <w:rFonts w:ascii="Liberation Sans" w:hAnsi="Liberation Sans" w:eastAsia="ＭＳ 明朝" w:cs="Liberation Sans" w:eastAsiaTheme="minorEastAsia" w:csTheme="minorBidi"/>
          <w:color w:val="25343B"/>
          <w:sz w:val="18"/>
          <w:szCs w:val="22"/>
        </w:rPr>
        <w:t>Download a business proposal template</w:t>
      </w:r>
    </w:p>
    <w:p w14:paraId="4DC0F412">
      <w:pPr>
        <w:pStyle w:val="Archive"/>
      </w:pPr>
      <w:r>
        <w:rPr>
          <w:rFonts w:ascii="Liberation Sans" w:hAnsi="Liberation Sans" w:eastAsia="ＭＳ 明朝" w:cs="Liberation Sans" w:eastAsiaTheme="minorEastAsia" w:csTheme="minorBidi"/>
          <w:color w:val="25343B"/>
          <w:sz w:val="18"/>
          <w:szCs w:val="22"/>
        </w:rPr>
        <w:t>Yes – some templates are designed for specific purposes, like risk assessment or strategic planning. But all templates should a) cover the fundamental things that any business plan should include; and b) let you customise them to your business.</w:t>
      </w:r>
    </w:p>
    <w:p w14:paraId="302C3CD1">
      <w:pPr>
        <w:pStyle w:val="Archive"/>
      </w:pPr>
      <w:r>
        <w:rPr>
          <w:rFonts w:ascii="Liberation Sans" w:hAnsi="Liberation Sans" w:eastAsia="ＭＳ 明朝" w:cs="Liberation Sans" w:eastAsiaTheme="minorEastAsia" w:csTheme="minorBidi"/>
          <w:color w:val="25343B"/>
          <w:sz w:val="18"/>
          <w:szCs w:val="22"/>
        </w:rPr>
        <w:t>Download a business plan template suitable for any business</w:t>
      </w:r>
    </w:p>
    <w:p w14:paraId="16404A57">
      <w:pPr>
        <w:pStyle w:val="Archive"/>
      </w:pPr>
      <w:r>
        <w:rPr>
          <w:rFonts w:ascii="Liberation Sans" w:hAnsi="Liberation Sans" w:eastAsia="ＭＳ 明朝" w:cs="Liberation Sans" w:eastAsiaTheme="minorEastAsia" w:csTheme="minorBidi"/>
          <w:color w:val="25343B"/>
          <w:sz w:val="18"/>
          <w:szCs w:val="22"/>
        </w:rPr>
        <w:t>Definitely! You may think you’ve figured out your business’s vision, but only once you’ve put everything in writing can you see what’s missing and what needs work.</w:t>
      </w:r>
    </w:p>
    <w:p w14:paraId="3E4575AF">
      <w:pPr>
        <w:pStyle w:val="Archive"/>
      </w:pPr>
      <w:r>
        <w:rPr>
          <w:rFonts w:ascii="Liberation Sans" w:hAnsi="Liberation Sans" w:eastAsia="ＭＳ 明朝" w:cs="Liberation Sans" w:eastAsiaTheme="minorEastAsia" w:csTheme="minorBidi"/>
          <w:color w:val="25343B"/>
          <w:sz w:val="18"/>
          <w:szCs w:val="22"/>
        </w:rPr>
        <w:t xml:space="preserve">Included  |  Included  |  Included  |  Included</w:t>
      </w:r>
    </w:p>
    <w:p w14:paraId="5832079E">
      <w:pPr>
        <w:pStyle w:val="Archive"/>
      </w:pPr>
      <w:r>
        <w:rPr>
          <w:rFonts w:ascii="Liberation Sans" w:hAnsi="Liberation Sans" w:eastAsia="ＭＳ 明朝" w:cs="Liberation Sans" w:eastAsiaTheme="minorEastAsia" w:csTheme="minorBidi"/>
          <w:color w:val="25343B"/>
          <w:sz w:val="18"/>
          <w:szCs w:val="22"/>
        </w:rPr>
        <w:t>Image label: A real-estate business owner on the phone, surrounded by Xero software</w:t>
      </w:r>
    </w:p>
    <w:p w14:paraId="30DACE71">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 xml:space="preserve">04  Professional Business Plans</w:t>
      </w:r>
    </w:p>
    <w:p w14:paraId="5B9BE238">
      <w:pPr>
        <w:pStyle w:val="Archive"/>
      </w:pPr>
      <w:r>
        <w:rPr>
          <w:rFonts w:ascii="Liberation Sans" w:hAnsi="Liberation Sans" w:eastAsia="ＭＳ 明朝" w:cs="Liberation Sans" w:eastAsiaTheme="minorEastAsia" w:csTheme="minorBidi"/>
          <w:color w:val="25343B"/>
          <w:sz w:val="18"/>
          <w:szCs w:val="22"/>
        </w:rPr>
        <w:t xml:space="preserve">Home  |  Startup Services  |  Startup Business Plan  |  Business Angel Plan  |  Pitch Deck  |  Market Research  |  Financial Plan  |  Business Plan Review  |  Startup Business Valuation  |  Corporate Services  |  Corporate Business Plan  |  Strategic Business Planning  |  Budgeting &amp; Forecasting  |  Investment Proposal  |  Information Memorandum  |  Feasibility Study  |  Business Case  |  Business Proposal  |  Insights  |  Recent Projects  |  Agribusiness  |  Building, Construction  |  Cafe  |  Child Care  |  Clothing Store  |  Fitness and Wellness  |  Hair and Beauty Salon  |  Hotel  |  Immigration Visa  |  NDIS Provider  |  Online Store  |  Property Development  |  Restaurant  |  RTO, Training Organisation  |  RTO FVRA  |  Technology Startup  |  Testimonials  |  About Us  |  The Practice  |  The Team  |  Terms of Engagement  |  Privacy  |  Website Terms of Use  |  Contact Us</w:t>
      </w:r>
    </w:p>
    <w:p w14:paraId="3A6ABE76">
      <w:pPr>
        <w:pStyle w:val="Archive"/>
      </w:pPr>
      <w:r>
        <w:rPr>
          <w:rFonts w:ascii="Liberation Sans" w:hAnsi="Liberation Sans" w:eastAsia="ＭＳ 明朝" w:cs="Liberation Sans" w:eastAsiaTheme="minorEastAsia" w:csTheme="minorBidi"/>
          <w:color w:val="25343B"/>
          <w:sz w:val="18"/>
          <w:szCs w:val="22"/>
        </w:rPr>
        <w:t xml:space="preserve">Image label: CPA Australia logo  Request a Call Back button</w:t>
      </w:r>
    </w:p>
    <w:p w14:paraId="461FB851">
      <w:pPr>
        <w:pStyle w:val="Archive"/>
      </w:pPr>
      <w:r>
        <w:rPr>
          <w:rFonts w:ascii="Liberation Sans" w:hAnsi="Liberation Sans" w:eastAsia="ＭＳ 明朝" w:cs="Liberation Sans" w:eastAsiaTheme="minorEastAsia" w:csTheme="minorBidi"/>
          <w:color w:val="25343B"/>
          <w:sz w:val="18"/>
          <w:szCs w:val="22"/>
        </w:rPr>
        <w:t>Image label: Professional Business Plans logo</w:t>
      </w:r>
    </w:p>
    <w:p w14:paraId="48BAEB7D">
      <w:pPr>
        <w:pStyle w:val="Heading3"/>
      </w:pPr>
      <w:r>
        <w:rPr>
          <w:rFonts w:ascii="Liberation Sans" w:hAnsi="Liberation Sans" w:eastAsia="ＭＳ ゴシック" w:cs="Liberation Sans" w:asciiTheme="majorHAnsi" w:hAnsiTheme="majorHAnsi" w:eastAsiaTheme="majorEastAsia" w:csTheme="majorBidi"/>
          <w:b/>
          <w:bCs/>
          <w:color w:val="17384A"/>
          <w:sz w:val="23"/>
          <w:szCs w:val="22"/>
        </w:rPr>
        <w:t xml:space="preserve">05  Venngage</w:t>
      </w:r>
    </w:p>
    <w:p w14:paraId="394BB09D">
      <w:pPr>
        <w:pStyle w:val="Archive"/>
      </w:pPr>
      <w:r>
        <w:rPr>
          <w:rFonts w:ascii="Liberation Sans" w:hAnsi="Liberation Sans" w:eastAsia="ＭＳ 明朝" w:cs="Liberation Sans" w:eastAsiaTheme="minorEastAsia" w:csTheme="minorBidi"/>
          <w:color w:val="25343B"/>
          <w:sz w:val="18"/>
          <w:szCs w:val="22"/>
        </w:rPr>
        <w:t>We use essential cookies to make Venngage work. By clicking “Accept All Cookies”, you agree to the storing of cookies on your device to enhance site navigation, analyze site usage, and assist in our marketing efforts.</w:t>
      </w:r>
    </w:p>
    <w:p w14:paraId="07D4F731">
      <w:pPr>
        <w:pStyle w:val="Archive"/>
      </w:pPr>
      <w:r>
        <w:rPr>
          <w:rFonts w:ascii="Liberation Sans" w:hAnsi="Liberation Sans" w:eastAsia="ＭＳ 明朝" w:cs="Liberation Sans" w:eastAsiaTheme="minorEastAsia" w:csTheme="minorBidi"/>
          <w:color w:val="25343B"/>
          <w:sz w:val="18"/>
          <w:szCs w:val="22"/>
        </w:rPr>
        <w:t>Cookie settings Accept all cookies</w:t>
      </w:r>
    </w:p>
    <w:p w14:paraId="43B9E096">
      <w:pPr>
        <w:pStyle w:val="Archive"/>
      </w:pPr>
      <w:r>
        <w:rPr>
          <w:rFonts w:ascii="Liberation Sans" w:hAnsi="Liberation Sans" w:eastAsia="ＭＳ 明朝" w:cs="Liberation Sans" w:eastAsiaTheme="minorEastAsia" w:csTheme="minorBidi"/>
          <w:color w:val="25343B"/>
          <w:sz w:val="18"/>
          <w:szCs w:val="22"/>
        </w:rPr>
        <w:t>Manage Cookies</w:t>
      </w:r>
    </w:p>
    <w:p w14:paraId="30A2D1E1">
      <w:pPr>
        <w:pStyle w:val="Archive"/>
      </w:pPr>
      <w:r>
        <w:rPr>
          <w:rFonts w:ascii="Liberation Sans" w:hAnsi="Liberation Sans" w:eastAsia="ＭＳ 明朝" w:cs="Liberation Sans" w:eastAsiaTheme="minorEastAsia" w:csTheme="minorBidi"/>
          <w:color w:val="25343B"/>
          <w:sz w:val="18"/>
          <w:szCs w:val="22"/>
        </w:rPr>
        <w:t>Cookies and similar technologies collect certain information about how you’re using our website. Some of them are essential, and without them you wouldn’t be able to use Venngage. But others are optional, and you get to choose whether we use them or not.</w:t>
      </w:r>
    </w:p>
    <w:p w14:paraId="4FF9C939">
      <w:pPr>
        <w:pStyle w:val="Archive"/>
      </w:pPr>
      <w:r>
        <w:rPr>
          <w:rFonts w:ascii="Liberation Sans" w:hAnsi="Liberation Sans" w:eastAsia="ＭＳ 明朝" w:cs="Liberation Sans" w:eastAsiaTheme="minorEastAsia" w:csTheme="minorBidi"/>
          <w:color w:val="25343B"/>
          <w:sz w:val="18"/>
          <w:szCs w:val="22"/>
        </w:rPr>
        <w:t>Learn More.</w:t>
      </w:r>
    </w:p>
    <w:p w14:paraId="54F13B54">
      <w:pPr>
        <w:pStyle w:val="Archive"/>
      </w:pPr>
      <w:r>
        <w:rPr>
          <w:rFonts w:ascii="Liberation Sans" w:hAnsi="Liberation Sans" w:eastAsia="ＭＳ 明朝" w:cs="Liberation Sans" w:eastAsiaTheme="minorEastAsia" w:csTheme="minorBidi"/>
          <w:color w:val="25343B"/>
          <w:sz w:val="18"/>
          <w:szCs w:val="22"/>
        </w:rPr>
        <w:t>Accept All Reject All</w:t>
      </w:r>
    </w:p>
    <w:p w14:paraId="184F1245">
      <w:pPr>
        <w:pStyle w:val="Archive"/>
      </w:pPr>
      <w:r>
        <w:rPr>
          <w:rFonts w:ascii="Liberation Sans" w:hAnsi="Liberation Sans" w:eastAsia="ＭＳ 明朝" w:cs="Liberation Sans" w:eastAsiaTheme="minorEastAsia" w:csTheme="minorBidi"/>
          <w:color w:val="25343B"/>
          <w:sz w:val="18"/>
          <w:szCs w:val="22"/>
        </w:rPr>
        <w:t>Strictly Necessary Cookies</w:t>
      </w:r>
    </w:p>
    <w:p w14:paraId="3F5DBC27">
      <w:pPr>
        <w:pStyle w:val="Archive"/>
      </w:pPr>
      <w:r>
        <w:rPr>
          <w:rFonts w:ascii="Liberation Sans" w:hAnsi="Liberation Sans" w:eastAsia="ＭＳ 明朝" w:cs="Liberation Sans" w:eastAsiaTheme="minorEastAsia" w:csTheme="minorBidi"/>
          <w:color w:val="25343B"/>
          <w:sz w:val="18"/>
          <w:szCs w:val="22"/>
        </w:rPr>
        <w:t>Always Active</w:t>
      </w:r>
    </w:p>
    <w:p w14:paraId="60541F91">
      <w:pPr>
        <w:pStyle w:val="Archive"/>
      </w:pPr>
      <w:r>
        <w:rPr>
          <w:rFonts w:ascii="Liberation Sans" w:hAnsi="Liberation Sans" w:eastAsia="ＭＳ 明朝" w:cs="Liberation Sans" w:eastAsiaTheme="minorEastAsia" w:csTheme="minorBidi"/>
          <w:color w:val="25343B"/>
          <w:sz w:val="18"/>
          <w:szCs w:val="22"/>
        </w:rPr>
        <w:t>These cookies are always on, as they’re essential for making Venngage work, and making it safe. Without these cookies, services you’ve asked for can’t be provided.</w:t>
      </w:r>
    </w:p>
    <w:p w14:paraId="701F5661">
      <w:pPr>
        <w:pStyle w:val="Archive"/>
      </w:pPr>
      <w:r>
        <w:rPr>
          <w:rFonts w:ascii="Liberation Sans" w:hAnsi="Liberation Sans" w:eastAsia="ＭＳ 明朝" w:cs="Liberation Sans" w:eastAsiaTheme="minorEastAsia" w:csTheme="minorBidi"/>
          <w:color w:val="25343B"/>
          <w:sz w:val="18"/>
          <w:szCs w:val="22"/>
        </w:rPr>
        <w:t>Show cookie providers</w:t>
      </w:r>
    </w:p>
    <w:p w14:paraId="627D5299">
      <w:pPr>
        <w:pStyle w:val="Archive"/>
      </w:pPr>
      <w:r>
        <w:rPr>
          <w:rFonts w:ascii="Liberation Sans" w:hAnsi="Liberation Sans" w:eastAsia="ＭＳ 明朝" w:cs="Liberation Sans" w:eastAsiaTheme="minorEastAsia" w:csTheme="minorBidi"/>
          <w:color w:val="25343B"/>
          <w:sz w:val="18"/>
          <w:szCs w:val="22"/>
        </w:rPr>
        <w:t xml:space="preserve">Venngage  |  Amazon  |  Google Login</w:t>
      </w:r>
    </w:p>
    <w:p w14:paraId="7B0BD3EB">
      <w:pPr>
        <w:pStyle w:val="Archive"/>
      </w:pPr>
      <w:r>
        <w:rPr>
          <w:rFonts w:ascii="Liberation Sans" w:hAnsi="Liberation Sans" w:eastAsia="ＭＳ 明朝" w:cs="Liberation Sans" w:eastAsiaTheme="minorEastAsia" w:csTheme="minorBidi"/>
          <w:color w:val="25343B"/>
          <w:sz w:val="18"/>
          <w:szCs w:val="22"/>
        </w:rPr>
        <w:t>Functionality Cookies</w:t>
      </w:r>
    </w:p>
    <w:p w14:paraId="1908B0FE">
      <w:pPr>
        <w:pStyle w:val="Archive"/>
      </w:pPr>
      <w:r>
        <w:rPr>
          <w:rFonts w:ascii="Liberation Sans" w:hAnsi="Liberation Sans" w:eastAsia="ＭＳ 明朝" w:cs="Liberation Sans" w:eastAsiaTheme="minorEastAsia" w:csTheme="minorBidi"/>
          <w:color w:val="25343B"/>
          <w:sz w:val="18"/>
          <w:szCs w:val="22"/>
        </w:rPr>
        <w:t>These cookies help us provide enhanced functionality and personalisation, and remember your settings. They may be set by us or by third party providers.</w:t>
      </w:r>
    </w:p>
    <w:p w14:paraId="4FE12D9B">
      <w:pPr>
        <w:pStyle w:val="Archive"/>
      </w:pPr>
      <w:r>
        <w:rPr>
          <w:rFonts w:ascii="Liberation Sans" w:hAnsi="Liberation Sans" w:eastAsia="ＭＳ 明朝" w:cs="Liberation Sans" w:eastAsiaTheme="minorEastAsia" w:csTheme="minorBidi"/>
          <w:color w:val="25343B"/>
          <w:sz w:val="18"/>
          <w:szCs w:val="22"/>
        </w:rPr>
        <w:t>Show cookie providers</w:t>
      </w:r>
    </w:p>
    <w:p w14:paraId="151AB4C3">
      <w:pPr>
        <w:pStyle w:val="Archive"/>
      </w:pPr>
      <w:r>
        <w:rPr>
          <w:rFonts w:ascii="Liberation Sans" w:hAnsi="Liberation Sans" w:eastAsia="ＭＳ 明朝" w:cs="Liberation Sans" w:eastAsiaTheme="minorEastAsia" w:csTheme="minorBidi"/>
          <w:color w:val="25343B"/>
          <w:sz w:val="18"/>
          <w:szCs w:val="22"/>
        </w:rPr>
        <w:t xml:space="preserve">Venngage  |  Chameleon  |  Algolia</w:t>
      </w:r>
    </w:p>
    <w:p w14:paraId="2A32DED9">
      <w:pPr>
        <w:pStyle w:val="Archive"/>
      </w:pPr>
      <w:r>
        <w:rPr>
          <w:rFonts w:ascii="Liberation Sans" w:hAnsi="Liberation Sans" w:eastAsia="ＭＳ 明朝" w:cs="Liberation Sans" w:eastAsiaTheme="minorEastAsia" w:csTheme="minorBidi"/>
          <w:color w:val="25343B"/>
          <w:sz w:val="18"/>
          <w:szCs w:val="22"/>
        </w:rPr>
        <w:t>Performance Cookies</w:t>
      </w:r>
    </w:p>
    <w:p w14:paraId="0DAD4FD6">
      <w:pPr>
        <w:pStyle w:val="Archive"/>
      </w:pPr>
      <w:r>
        <w:rPr>
          <w:rFonts w:ascii="Liberation Sans" w:hAnsi="Liberation Sans" w:eastAsia="ＭＳ 明朝" w:cs="Liberation Sans" w:eastAsiaTheme="minorEastAsia" w:csTheme="minorBidi"/>
          <w:color w:val="25343B"/>
          <w:sz w:val="18"/>
          <w:szCs w:val="22"/>
        </w:rPr>
        <w:t>These cookies help us analyze how many people are using Venngage, where they come from and how they're using it. If you opt out of these cookies, we can’t get feedback to make Venngage better for you and all our users.</w:t>
      </w:r>
    </w:p>
    <w:p w14:paraId="1FCCA987">
      <w:pPr>
        <w:pStyle w:val="Archive"/>
      </w:pPr>
      <w:r>
        <w:rPr>
          <w:rFonts w:ascii="Liberation Sans" w:hAnsi="Liberation Sans" w:eastAsia="ＭＳ 明朝" w:cs="Liberation Sans" w:eastAsiaTheme="minorEastAsia" w:csTheme="minorBidi"/>
          <w:color w:val="25343B"/>
          <w:sz w:val="18"/>
          <w:szCs w:val="22"/>
        </w:rPr>
        <w:t>Show cookie providers</w:t>
      </w:r>
    </w:p>
    <w:p w14:paraId="22A67A5C">
      <w:pPr>
        <w:pStyle w:val="Archive"/>
      </w:pPr>
      <w:r>
        <w:rPr>
          <w:rFonts w:ascii="Liberation Sans" w:hAnsi="Liberation Sans" w:eastAsia="ＭＳ 明朝" w:cs="Liberation Sans" w:eastAsiaTheme="minorEastAsia" w:csTheme="minorBidi"/>
          <w:color w:val="25343B"/>
          <w:sz w:val="18"/>
          <w:szCs w:val="22"/>
        </w:rPr>
        <w:t xml:space="preserve">Venngage  |  Mixpanel  |  Google Analytics  |  Hotjar</w:t>
      </w:r>
    </w:p>
    <w:p w14:paraId="577A27C8">
      <w:pPr>
        <w:pStyle w:val="Archive"/>
      </w:pPr>
      <w:r>
        <w:rPr>
          <w:rFonts w:ascii="Liberation Sans" w:hAnsi="Liberation Sans" w:eastAsia="ＭＳ 明朝" w:cs="Liberation Sans" w:eastAsiaTheme="minorEastAsia" w:csTheme="minorBidi"/>
          <w:color w:val="25343B"/>
          <w:sz w:val="18"/>
          <w:szCs w:val="22"/>
        </w:rPr>
        <w:t>Targeting Cookies</w:t>
      </w:r>
    </w:p>
    <w:p w14:paraId="76ECBA7A">
      <w:pPr>
        <w:pStyle w:val="Archive"/>
      </w:pPr>
      <w:r>
        <w:rPr>
          <w:rFonts w:ascii="Liberation Sans" w:hAnsi="Liberation Sans" w:eastAsia="ＭＳ 明朝" w:cs="Liberation Sans" w:eastAsiaTheme="minorEastAsia" w:csTheme="minorBidi"/>
          <w:color w:val="25343B"/>
          <w:sz w:val="18"/>
          <w:szCs w:val="22"/>
        </w:rPr>
        <w:t>These cookies are set by our advertising partners to track your activity and show you relevant Venngage ads on other sites as you browse the internet.</w:t>
      </w:r>
    </w:p>
    <w:p w14:paraId="22B97FFD">
      <w:pPr>
        <w:pStyle w:val="Archive"/>
      </w:pPr>
      <w:r>
        <w:rPr>
          <w:rFonts w:ascii="Liberation Sans" w:hAnsi="Liberation Sans" w:eastAsia="ＭＳ 明朝" w:cs="Liberation Sans" w:eastAsiaTheme="minorEastAsia" w:csTheme="minorBidi"/>
          <w:color w:val="25343B"/>
          <w:sz w:val="18"/>
          <w:szCs w:val="22"/>
        </w:rPr>
        <w:t>Show cookie providers</w:t>
      </w:r>
    </w:p>
    <w:p w14:paraId="7064906B">
      <w:pPr>
        <w:pStyle w:val="Archive"/>
      </w:pPr>
      <w:r>
        <w:rPr>
          <w:rFonts w:ascii="Liberation Sans" w:hAnsi="Liberation Sans" w:eastAsia="ＭＳ 明朝" w:cs="Liberation Sans" w:eastAsiaTheme="minorEastAsia" w:csTheme="minorBidi"/>
          <w:color w:val="25343B"/>
          <w:sz w:val="18"/>
          <w:szCs w:val="22"/>
        </w:rPr>
        <w:t xml:space="preserve">Google Ads  |  Google Tag Manager  |  Facebook  |  Pinterest</w:t>
      </w:r>
    </w:p>
    <w:p w14:paraId="662EC80E">
      <w:pPr>
        <w:pStyle w:val="Archive"/>
      </w:pPr>
      <w:r>
        <w:rPr>
          <w:rFonts w:ascii="Liberation Sans" w:hAnsi="Liberation Sans" w:eastAsia="ＭＳ 明朝" w:cs="Liberation Sans" w:eastAsiaTheme="minorEastAsia" w:csTheme="minorBidi"/>
          <w:color w:val="25343B"/>
          <w:sz w:val="18"/>
          <w:szCs w:val="22"/>
        </w:rPr>
        <w:t>Save &amp; Close</w:t>
      </w:r>
    </w:p>
    <w:p w14:paraId="32C02885">
      <w:pPr>
        <w:pStyle w:val="Archive"/>
      </w:pPr>
      <w:r>
        <w:rPr>
          <w:rFonts w:ascii="Liberation Sans" w:hAnsi="Liberation Sans" w:eastAsia="ＭＳ 明朝" w:cs="Liberation Sans" w:eastAsiaTheme="minorEastAsia" w:csTheme="minorBidi"/>
          <w:color w:val="25343B"/>
          <w:sz w:val="18"/>
          <w:szCs w:val="22"/>
        </w:rPr>
        <w:t xml:space="preserve">Product  |  AI  |  Templates  |  Learn  |  Pricing</w:t>
      </w:r>
    </w:p>
    <w:p w14:paraId="10F89F88">
      <w:pPr>
        <w:pStyle w:val="Archive"/>
      </w:pPr>
      <w:r>
        <w:rPr>
          <w:rFonts w:ascii="Liberation Sans" w:hAnsi="Liberation Sans" w:eastAsia="ＭＳ 明朝" w:cs="Liberation Sans" w:eastAsiaTheme="minorEastAsia" w:csTheme="minorBidi"/>
          <w:color w:val="25343B"/>
          <w:sz w:val="18"/>
          <w:szCs w:val="22"/>
        </w:rPr>
        <w:t>Log in Sign up</w:t>
      </w:r>
    </w:p>
    <w:p w14:paraId="134D9F59">
      <w:pPr>
        <w:pStyle w:val="Archive"/>
      </w:pPr>
      <w:r>
        <w:rPr>
          <w:rFonts w:ascii="Liberation Sans" w:hAnsi="Liberation Sans" w:eastAsia="ＭＳ 明朝" w:cs="Liberation Sans" w:eastAsiaTheme="minorEastAsia" w:csTheme="minorBidi"/>
          <w:color w:val="25343B"/>
          <w:sz w:val="18"/>
          <w:szCs w:val="22"/>
        </w:rPr>
        <w:t>Product</w:t>
      </w:r>
    </w:p>
    <w:p w14:paraId="6C3C6CE2">
      <w:pPr>
        <w:pStyle w:val="Archive"/>
      </w:pPr>
      <w:r>
        <w:rPr>
          <w:rFonts w:ascii="Liberation Sans" w:hAnsi="Liberation Sans" w:eastAsia="ＭＳ 明朝" w:cs="Liberation Sans" w:eastAsiaTheme="minorEastAsia" w:csTheme="minorBidi"/>
          <w:color w:val="25343B"/>
          <w:sz w:val="18"/>
          <w:szCs w:val="22"/>
        </w:rPr>
        <w:t xml:space="preserve">Features   Accessible design maker</w:t>
      </w:r>
    </w:p>
    <w:p w14:paraId="0F49FC64">
      <w:pPr>
        <w:pStyle w:val="Archive"/>
      </w:pPr>
      <w:r>
        <w:rPr>
          <w:rFonts w:ascii="Liberation Sans" w:hAnsi="Liberation Sans" w:eastAsia="ＭＳ 明朝" w:cs="Liberation Sans" w:eastAsiaTheme="minorEastAsia" w:csTheme="minorBidi"/>
          <w:color w:val="25343B"/>
          <w:sz w:val="18"/>
          <w:szCs w:val="22"/>
        </w:rPr>
        <w:t>What we offer</w:t>
      </w:r>
    </w:p>
    <w:p w14:paraId="3779341A">
      <w:pPr>
        <w:pStyle w:val="Archive"/>
      </w:pPr>
      <w:r>
        <w:rPr>
          <w:rFonts w:ascii="Liberation Sans" w:hAnsi="Liberation Sans" w:eastAsia="ＭＳ 明朝" w:cs="Liberation Sans" w:eastAsiaTheme="minorEastAsia" w:csTheme="minorBidi"/>
          <w:color w:val="25343B"/>
          <w:sz w:val="18"/>
          <w:szCs w:val="22"/>
        </w:rPr>
        <w:t xml:space="preserve">Infographics   Brochures   Posters   Timeline Infographic Maker   Letterheads   Graph Maker   Mind Maps   White Papers   Ebooks   Flyers   Roadmaps   Genogram Maker   CV Maker   Pie Chart Maker   Newsletters</w:t>
      </w:r>
    </w:p>
    <w:p w14:paraId="353764A5">
      <w:pPr>
        <w:pStyle w:val="Archive"/>
      </w:pPr>
      <w:r>
        <w:rPr>
          <w:rFonts w:ascii="Liberation Sans" w:hAnsi="Liberation Sans" w:eastAsia="ＭＳ 明朝" w:cs="Liberation Sans" w:eastAsiaTheme="minorEastAsia" w:csTheme="minorBidi"/>
          <w:color w:val="25343B"/>
          <w:sz w:val="18"/>
          <w:szCs w:val="22"/>
        </w:rPr>
        <w:t>AI</w:t>
      </w:r>
    </w:p>
    <w:p w14:paraId="6B864F4A">
      <w:pPr>
        <w:pStyle w:val="Archive"/>
      </w:pPr>
      <w:r>
        <w:rPr>
          <w:rFonts w:ascii="Liberation Sans" w:hAnsi="Liberation Sans" w:eastAsia="ＭＳ 明朝" w:cs="Liberation Sans" w:eastAsiaTheme="minorEastAsia" w:csTheme="minorBidi"/>
          <w:color w:val="25343B"/>
          <w:sz w:val="18"/>
          <w:szCs w:val="22"/>
        </w:rPr>
        <w:t>AI tools</w:t>
      </w:r>
    </w:p>
    <w:p w14:paraId="66092D9F">
      <w:pPr>
        <w:pStyle w:val="Archive"/>
      </w:pPr>
      <w:r>
        <w:rPr>
          <w:rFonts w:ascii="Liberation Sans" w:hAnsi="Liberation Sans" w:eastAsia="ＭＳ 明朝" w:cs="Liberation Sans" w:eastAsiaTheme="minorEastAsia" w:csTheme="minorBidi"/>
          <w:color w:val="25343B"/>
          <w:sz w:val="18"/>
          <w:szCs w:val="22"/>
        </w:rPr>
        <w:t>What we offer</w:t>
      </w:r>
    </w:p>
    <w:p w14:paraId="1A0BE540">
      <w:pPr>
        <w:pStyle w:val="Archive"/>
      </w:pPr>
      <w:r>
        <w:rPr>
          <w:rFonts w:ascii="Liberation Sans" w:hAnsi="Liberation Sans" w:eastAsia="ＭＳ 明朝" w:cs="Liberation Sans" w:eastAsiaTheme="minorEastAsia" w:csTheme="minorBidi"/>
          <w:color w:val="25343B"/>
          <w:sz w:val="18"/>
          <w:szCs w:val="22"/>
        </w:rPr>
        <w:t xml:space="preserve">AI Infographic Generator   AI Brochure Generator   AI Flyer Generator   AI Proposal Generator   AI Poster Generator   AI Book Cover Generator   AI Catalog Generator   AI Report Generator   AI Chart Generator   AI Timeline Generator   AI Flowchart Generator   AI Newsletter Generator   AI One Pager Generator   AI Roadmap Generator   AI Contract Generator   AI Pitch Deck Generator   AI White Paper Generator</w:t>
      </w:r>
    </w:p>
    <w:p w14:paraId="414D4E05">
      <w:pPr>
        <w:pStyle w:val="Archive"/>
      </w:pPr>
      <w:r>
        <w:rPr>
          <w:rFonts w:ascii="Liberation Sans" w:hAnsi="Liberation Sans" w:eastAsia="ＭＳ 明朝" w:cs="Liberation Sans" w:eastAsiaTheme="minorEastAsia" w:csTheme="minorBidi"/>
          <w:color w:val="25343B"/>
          <w:sz w:val="18"/>
          <w:szCs w:val="22"/>
        </w:rPr>
        <w:t>Solutions</w:t>
      </w:r>
    </w:p>
    <w:p w14:paraId="620E2284">
      <w:pPr>
        <w:pStyle w:val="Archive"/>
      </w:pPr>
      <w:r>
        <w:rPr>
          <w:rFonts w:ascii="Liberation Sans" w:hAnsi="Liberation Sans" w:eastAsia="ＭＳ 明朝" w:cs="Liberation Sans" w:eastAsiaTheme="minorEastAsia" w:csTheme="minorBidi"/>
          <w:color w:val="25343B"/>
          <w:sz w:val="18"/>
          <w:szCs w:val="22"/>
        </w:rPr>
        <w:t>For teams</w:t>
      </w:r>
    </w:p>
    <w:p w14:paraId="1853B310">
      <w:pPr>
        <w:pStyle w:val="Archive"/>
      </w:pPr>
      <w:r>
        <w:rPr>
          <w:rFonts w:ascii="Liberation Sans" w:hAnsi="Liberation Sans" w:eastAsia="ＭＳ 明朝" w:cs="Liberation Sans" w:eastAsiaTheme="minorEastAsia" w:csTheme="minorBidi"/>
          <w:color w:val="25343B"/>
          <w:sz w:val="18"/>
          <w:szCs w:val="22"/>
        </w:rPr>
        <w:t xml:space="preserve">Executive Leadership   Marketing   Human Resources   Training &amp; Development   Operations   Product Development   IT/Engineering   Project Management   Sales   Healthcare   Finance   Real Estate</w:t>
      </w:r>
    </w:p>
    <w:p w14:paraId="6F7029B1">
      <w:pPr>
        <w:pStyle w:val="Archive"/>
      </w:pPr>
      <w:r>
        <w:rPr>
          <w:rFonts w:ascii="Liberation Sans" w:hAnsi="Liberation Sans" w:eastAsia="ＭＳ 明朝" w:cs="Liberation Sans" w:eastAsiaTheme="minorEastAsia" w:csTheme="minorBidi"/>
          <w:color w:val="25343B"/>
          <w:sz w:val="18"/>
          <w:szCs w:val="22"/>
        </w:rPr>
        <w:t>Templates</w:t>
      </w:r>
    </w:p>
    <w:p w14:paraId="0F20D18F">
      <w:pPr>
        <w:pStyle w:val="Archive"/>
      </w:pPr>
      <w:r>
        <w:rPr>
          <w:rFonts w:ascii="Liberation Sans" w:hAnsi="Liberation Sans" w:eastAsia="ＭＳ 明朝" w:cs="Liberation Sans" w:eastAsiaTheme="minorEastAsia" w:csTheme="minorBidi"/>
          <w:color w:val="25343B"/>
          <w:sz w:val="18"/>
          <w:szCs w:val="22"/>
        </w:rPr>
        <w:t>Popular Templates</w:t>
      </w:r>
    </w:p>
    <w:p w14:paraId="312AE824">
      <w:pPr>
        <w:pStyle w:val="Archive"/>
      </w:pPr>
      <w:r>
        <w:rPr>
          <w:rFonts w:ascii="Liberation Sans" w:hAnsi="Liberation Sans" w:eastAsia="ＭＳ 明朝" w:cs="Liberation Sans" w:eastAsiaTheme="minorEastAsia" w:csTheme="minorBidi"/>
          <w:color w:val="25343B"/>
          <w:sz w:val="18"/>
          <w:szCs w:val="22"/>
        </w:rPr>
        <w:t xml:space="preserve">Infographic Templates   Brochure Templates   Poster Templates   White Paper Templates   Flyer Templates   Mind Map Templates   Diagram Templates   Report Templates</w:t>
      </w:r>
    </w:p>
    <w:p w14:paraId="5AFCC551">
      <w:pPr>
        <w:pStyle w:val="Archive"/>
      </w:pPr>
      <w:r>
        <w:rPr>
          <w:rFonts w:ascii="Liberation Sans" w:hAnsi="Liberation Sans" w:eastAsia="ＭＳ 明朝" w:cs="Liberation Sans" w:eastAsiaTheme="minorEastAsia" w:csTheme="minorBidi"/>
          <w:color w:val="25343B"/>
          <w:sz w:val="18"/>
          <w:szCs w:val="22"/>
        </w:rPr>
        <w:t>Learn</w:t>
      </w:r>
    </w:p>
    <w:p w14:paraId="15D6D0D7">
      <w:pPr>
        <w:pStyle w:val="Archive"/>
      </w:pPr>
      <w:r>
        <w:rPr>
          <w:rFonts w:ascii="Liberation Sans" w:hAnsi="Liberation Sans" w:eastAsia="ＭＳ 明朝" w:cs="Liberation Sans" w:eastAsiaTheme="minorEastAsia" w:csTheme="minorBidi"/>
          <w:color w:val="25343B"/>
          <w:sz w:val="18"/>
          <w:szCs w:val="22"/>
        </w:rPr>
        <w:t>Educational Resources</w:t>
      </w:r>
    </w:p>
    <w:p w14:paraId="3C1BC7FE">
      <w:pPr>
        <w:pStyle w:val="Archive"/>
      </w:pPr>
      <w:r>
        <w:rPr>
          <w:rFonts w:ascii="Liberation Sans" w:hAnsi="Liberation Sans" w:eastAsia="ＭＳ 明朝" w:cs="Liberation Sans" w:eastAsiaTheme="minorEastAsia" w:csTheme="minorBidi"/>
          <w:color w:val="25343B"/>
          <w:sz w:val="18"/>
          <w:szCs w:val="22"/>
        </w:rPr>
        <w:t xml:space="preserve">Blog   Webinars   Help Center</w:t>
      </w:r>
    </w:p>
    <w:p w14:paraId="66BBE67E">
      <w:pPr>
        <w:pStyle w:val="Archive"/>
      </w:pPr>
      <w:r>
        <w:rPr>
          <w:rFonts w:ascii="Liberation Sans" w:hAnsi="Liberation Sans" w:eastAsia="ＭＳ 明朝" w:cs="Liberation Sans" w:eastAsiaTheme="minorEastAsia" w:csTheme="minorBidi"/>
          <w:color w:val="25343B"/>
          <w:sz w:val="18"/>
          <w:szCs w:val="22"/>
        </w:rPr>
        <w:t>Pricing</w:t>
      </w:r>
    </w:p>
    <w:p w14:paraId="7EE496AB">
      <w:pPr>
        <w:pStyle w:val="Archive"/>
      </w:pPr>
      <w:r>
        <w:rPr>
          <w:rFonts w:ascii="Liberation Sans" w:hAnsi="Liberation Sans" w:eastAsia="ＭＳ 明朝" w:cs="Liberation Sans" w:eastAsiaTheme="minorEastAsia" w:csTheme="minorBidi"/>
          <w:color w:val="25343B"/>
          <w:sz w:val="18"/>
          <w:szCs w:val="22"/>
        </w:rPr>
        <w:t>Plan Types</w:t>
      </w:r>
    </w:p>
    <w:p w14:paraId="2965B3E1">
      <w:pPr>
        <w:pStyle w:val="Archive"/>
      </w:pPr>
      <w:r>
        <w:rPr>
          <w:rFonts w:ascii="Liberation Sans" w:hAnsi="Liberation Sans" w:eastAsia="ＭＳ 明朝" w:cs="Liberation Sans" w:eastAsiaTheme="minorEastAsia" w:csTheme="minorBidi"/>
          <w:color w:val="25343B"/>
          <w:sz w:val="18"/>
          <w:szCs w:val="22"/>
        </w:rPr>
        <w:t xml:space="preserve">Plans   For Individuals   For Professionals   For Enterprise   For Nonprofits</w:t>
      </w:r>
    </w:p>
    <w:p w14:paraId="5F410667">
      <w:pPr>
        <w:pStyle w:val="Archive"/>
      </w:pPr>
      <w:r>
        <w:rPr>
          <w:rFonts w:ascii="Liberation Sans" w:hAnsi="Liberation Sans" w:eastAsia="ＭＳ 明朝" w:cs="Liberation Sans" w:eastAsiaTheme="minorEastAsia" w:csTheme="minorBidi"/>
          <w:color w:val="25343B"/>
          <w:sz w:val="18"/>
          <w:szCs w:val="22"/>
        </w:rPr>
        <w:t xml:space="preserve">Infographics  |  AI &amp; Design  |  Accessibility  |  Marketing  |  Content Marketing  |  Social Media  |  Branding  |  Email Marketing  |  Business Communication  |  Brochures  |  Meetings  |  Presentations  |  Proposals  |  Reports  |  Graphic Design</w:t>
      </w:r>
    </w:p>
    <w:p w14:paraId="290BB818">
      <w:pPr>
        <w:pStyle w:val="Archive"/>
      </w:pPr>
      <w:r>
        <w:rPr>
          <w:rFonts w:ascii="Liberation Sans" w:hAnsi="Liberation Sans" w:eastAsia="ＭＳ 明朝" w:cs="Liberation Sans" w:eastAsiaTheme="minorEastAsia" w:csTheme="minorBidi"/>
          <w:color w:val="25343B"/>
          <w:sz w:val="18"/>
          <w:szCs w:val="22"/>
        </w:rPr>
        <w:t>More</w:t>
      </w:r>
    </w:p>
    <w:p w14:paraId="00D172F5">
      <w:pPr>
        <w:pStyle w:val="Archive"/>
      </w:pPr>
      <w:r>
        <w:rPr>
          <w:rFonts w:ascii="Liberation Sans" w:hAnsi="Liberation Sans" w:eastAsia="ＭＳ 明朝" w:cs="Liberation Sans" w:eastAsiaTheme="minorEastAsia" w:csTheme="minorBidi"/>
          <w:color w:val="25343B"/>
          <w:sz w:val="18"/>
          <w:szCs w:val="22"/>
        </w:rPr>
        <w:t>More Categories</w:t>
      </w:r>
    </w:p>
    <w:p w14:paraId="17FAB67F">
      <w:pPr>
        <w:pStyle w:val="Archive"/>
      </w:pPr>
      <w:r>
        <w:rPr>
          <w:rFonts w:ascii="Liberation Sans" w:hAnsi="Liberation Sans" w:eastAsia="ＭＳ 明朝" w:cs="Liberation Sans" w:eastAsiaTheme="minorEastAsia" w:csTheme="minorBidi"/>
          <w:color w:val="25343B"/>
          <w:sz w:val="18"/>
          <w:szCs w:val="22"/>
        </w:rPr>
        <w:t xml:space="preserve">Graphs and Charts  |  Data Visualization  |  Infographics  |  Charts and Graphs  |  Education  |  Human Resources  |  Healthcare  |  Beginner Guides  |  Key Concepts  |  How-To Guides  |  Starter Templates  |  Case Study  |  Feature Updates  |  Popular Templates</w:t>
      </w:r>
    </w:p>
    <w:p w14:paraId="770BAE3E">
      <w:pPr>
        <w:pStyle w:val="Archive"/>
      </w:pPr>
      <w:r>
        <w:rPr>
          <w:rFonts w:ascii="Liberation Sans" w:hAnsi="Liberation Sans" w:eastAsia="ＭＳ 明朝" w:cs="Liberation Sans" w:eastAsiaTheme="minorEastAsia" w:csTheme="minorBidi"/>
          <w:color w:val="25343B"/>
          <w:sz w:val="18"/>
          <w:szCs w:val="22"/>
        </w:rPr>
        <w:t>Business Communication</w:t>
      </w:r>
    </w:p>
    <w:p w14:paraId="342E61B9">
      <w:pPr>
        <w:pStyle w:val="Archive"/>
      </w:pPr>
      <w:r>
        <w:rPr>
          <w:rFonts w:ascii="Liberation Sans" w:hAnsi="Liberation Sans" w:eastAsia="ＭＳ 明朝" w:cs="Liberation Sans" w:eastAsiaTheme="minorEastAsia" w:csTheme="minorBidi"/>
          <w:color w:val="25343B"/>
          <w:sz w:val="18"/>
          <w:szCs w:val="22"/>
        </w:rPr>
        <w:t>Categories</w:t>
      </w:r>
    </w:p>
    <w:p w14:paraId="27E816D9">
      <w:pPr>
        <w:pStyle w:val="Archive"/>
      </w:pPr>
      <w:r>
        <w:rPr>
          <w:rFonts w:ascii="Liberation Sans" w:hAnsi="Liberation Sans" w:eastAsia="ＭＳ 明朝" w:cs="Liberation Sans" w:eastAsiaTheme="minorEastAsia" w:csTheme="minorBidi"/>
          <w:color w:val="25343B"/>
          <w:sz w:val="18"/>
          <w:szCs w:val="22"/>
        </w:rPr>
        <w:t xml:space="preserve">Infographics  |  AI &amp; Design  |  Accessibility  |  Marketing  |  Content Marketing  |  Social Media  |  Branding  |  Email Marketing  |  Business Communication  |  Brochures  |  Meetings  |  Presentations  |  Proposals  |  Reports  |  Graphic Design  |  Graphs and Charts  |  Data Visualization  |  Infographics  |  Charts and Graphs  |  Education  |  Human Resources  |  Healthcare  |  Beginner Guides  |  Key Concepts  |  How-To Guides  |  Starter Templates  |  Case Study  |  Feature Updates  |  Popular Templates</w:t>
      </w:r>
    </w:p>
    <w:p w14:paraId="4CA431CD">
      <w:pPr>
        <w:pStyle w:val="Archive"/>
      </w:pPr>
      <w:r>
        <w:rPr>
          <w:rFonts w:ascii="Liberation Sans" w:hAnsi="Liberation Sans" w:eastAsia="ＭＳ 明朝" w:cs="Liberation Sans" w:eastAsiaTheme="minorEastAsia" w:csTheme="minorBidi"/>
          <w:color w:val="25343B"/>
          <w:sz w:val="18"/>
          <w:szCs w:val="22"/>
        </w:rPr>
        <w:t>Home</w:t>
      </w:r>
    </w:p>
    <w:p w14:paraId="22C3E50B">
      <w:pPr>
        <w:pStyle w:val="Archive"/>
      </w:pPr>
      <w:r>
        <w:rPr>
          <w:rFonts w:ascii="Liberation Sans" w:hAnsi="Liberation Sans" w:eastAsia="ＭＳ 明朝" w:cs="Liberation Sans" w:eastAsiaTheme="minorEastAsia" w:csTheme="minorBidi"/>
          <w:b/>
          <w:bCs/>
          <w:color w:val="25343B"/>
          <w:sz w:val="18"/>
          <w:szCs w:val="22"/>
        </w:rPr>
        <w:t>Contents</w:t>
      </w:r>
    </w:p>
    <w:p w14:paraId="47B1F6EB">
      <w:pPr>
        <w:pStyle w:val="Archive"/>
      </w:pPr>
      <w:r>
        <w:rPr>
          <w:rFonts w:ascii="Liberation Sans" w:hAnsi="Liberation Sans" w:eastAsia="ＭＳ 明朝" w:cs="Liberation Sans" w:eastAsiaTheme="minorEastAsia" w:csTheme="minorBidi"/>
          <w:color w:val="25343B"/>
          <w:sz w:val="18"/>
          <w:szCs w:val="22"/>
        </w:rPr>
        <w:t>1 8 Real estate business plan examples</w:t>
      </w:r>
    </w:p>
    <w:p w14:paraId="75A256BC">
      <w:pPr>
        <w:pStyle w:val="Archive"/>
      </w:pPr>
      <w:r>
        <w:rPr>
          <w:rFonts w:ascii="Liberation Sans" w:hAnsi="Liberation Sans" w:eastAsia="ＭＳ 明朝" w:cs="Liberation Sans" w:eastAsiaTheme="minorEastAsia" w:csTheme="minorBidi"/>
          <w:color w:val="25343B"/>
          <w:sz w:val="18"/>
          <w:szCs w:val="22"/>
        </w:rPr>
        <w:t>2 How to write a real estate business plan?</w:t>
      </w:r>
    </w:p>
    <w:p w14:paraId="177F7B15">
      <w:pPr>
        <w:pStyle w:val="Archive"/>
      </w:pPr>
      <w:r>
        <w:rPr>
          <w:rFonts w:ascii="Liberation Sans" w:hAnsi="Liberation Sans" w:eastAsia="ＭＳ 明朝" w:cs="Liberation Sans" w:eastAsiaTheme="minorEastAsia" w:csTheme="minorBidi"/>
          <w:color w:val="25343B"/>
          <w:sz w:val="18"/>
          <w:szCs w:val="22"/>
        </w:rPr>
        <w:t>3 FAQs on real estate business plan</w:t>
      </w:r>
    </w:p>
    <w:p w14:paraId="35B86F57">
      <w:pPr>
        <w:pStyle w:val="Archive"/>
      </w:pPr>
      <w:r>
        <w:rPr>
          <w:rFonts w:ascii="Liberation Sans" w:hAnsi="Liberation Sans" w:eastAsia="ＭＳ 明朝" w:cs="Liberation Sans" w:eastAsiaTheme="minorEastAsia" w:csTheme="minorBidi"/>
          <w:color w:val="25343B"/>
          <w:sz w:val="18"/>
          <w:szCs w:val="22"/>
        </w:rPr>
        <w:t>4 Wrapping up</w:t>
      </w:r>
    </w:p>
    <w:p w14:paraId="3C97C2BC">
      <w:pPr>
        <w:pStyle w:val="Archive"/>
      </w:pPr>
      <w:r>
        <w:rPr>
          <w:rFonts w:ascii="Liberation Sans" w:hAnsi="Liberation Sans" w:eastAsia="ＭＳ 明朝" w:cs="Liberation Sans" w:eastAsiaTheme="minorEastAsia" w:csTheme="minorBidi"/>
          <w:b/>
          <w:bCs/>
          <w:color w:val="25343B"/>
          <w:sz w:val="18"/>
          <w:szCs w:val="22"/>
        </w:rPr>
        <w:t>START CREATING A REAL ESTATE BUSINESS PLAN NOW</w:t>
      </w:r>
    </w:p>
    <w:p w14:paraId="2D58D6C4">
      <w:pPr>
        <w:pStyle w:val="Archive"/>
      </w:pPr>
      <w:r>
        <w:rPr>
          <w:rFonts w:ascii="Liberation Sans" w:hAnsi="Liberation Sans" w:eastAsia="ＭＳ 明朝" w:cs="Liberation Sans" w:eastAsiaTheme="minorEastAsia" w:csTheme="minorBidi"/>
          <w:color w:val="25343B"/>
          <w:sz w:val="18"/>
          <w:szCs w:val="22"/>
        </w:rPr>
        <w:t>White Blue Real Estate Business Plan Template</w:t>
      </w:r>
    </w:p>
    <w:p w14:paraId="554D7BC8">
      <w:pPr>
        <w:pStyle w:val="Archive"/>
      </w:pPr>
      <w:r>
        <w:rPr>
          <w:rFonts w:ascii="Liberation Sans" w:hAnsi="Liberation Sans" w:eastAsia="ＭＳ 明朝" w:cs="Liberation Sans" w:eastAsiaTheme="minorEastAsia" w:csTheme="minorBidi"/>
          <w:b/>
          <w:bCs/>
          <w:color w:val="25343B"/>
          <w:sz w:val="18"/>
          <w:szCs w:val="22"/>
        </w:rPr>
        <w:t>CUSTOMIZE THIS REAL ESTATE BUSINESS PLAN</w:t>
      </w:r>
    </w:p>
    <w:p w14:paraId="7B6EC42E">
      <w:pPr>
        <w:pStyle w:val="Archive"/>
      </w:pPr>
      <w:r>
        <w:rPr>
          <w:rFonts w:ascii="Liberation Sans" w:hAnsi="Liberation Sans" w:eastAsia="ＭＳ 明朝" w:cs="Liberation Sans" w:eastAsiaTheme="minorEastAsia" w:csTheme="minorBidi"/>
          <w:color w:val="25343B"/>
          <w:sz w:val="18"/>
          <w:szCs w:val="22"/>
        </w:rPr>
        <w:t>Real Estate Sales Marketing Plan Template</w:t>
      </w:r>
    </w:p>
    <w:p w14:paraId="253BEA3E">
      <w:pPr>
        <w:pStyle w:val="Archive"/>
      </w:pPr>
      <w:r>
        <w:rPr>
          <w:rFonts w:ascii="Liberation Sans" w:hAnsi="Liberation Sans" w:eastAsia="ＭＳ 明朝" w:cs="Liberation Sans" w:eastAsiaTheme="minorEastAsia" w:csTheme="minorBidi"/>
          <w:b/>
          <w:bCs/>
          <w:color w:val="25343B"/>
          <w:sz w:val="18"/>
          <w:szCs w:val="22"/>
        </w:rPr>
        <w:t>CUSTOMIZE THIS REAL ESTATE BUSINESS PLAN</w:t>
      </w:r>
    </w:p>
    <w:p w14:paraId="182565A4">
      <w:pPr>
        <w:pStyle w:val="Archive"/>
      </w:pPr>
      <w:r>
        <w:rPr>
          <w:rFonts w:ascii="Liberation Sans" w:hAnsi="Liberation Sans" w:eastAsia="ＭＳ 明朝" w:cs="Liberation Sans" w:eastAsiaTheme="minorEastAsia" w:csTheme="minorBidi"/>
          <w:b/>
          <w:bCs/>
          <w:color w:val="25343B"/>
          <w:sz w:val="18"/>
          <w:szCs w:val="22"/>
        </w:rPr>
        <w:t>Related:</w:t>
      </w:r>
      <w:r>
        <w:rPr>
          <w:rFonts w:ascii="Liberation Sans" w:hAnsi="Liberation Sans" w:eastAsia="ＭＳ 明朝" w:cs="Liberation Sans" w:eastAsiaTheme="minorEastAsia" w:csTheme="minorBidi"/>
          <w:color w:val="25343B"/>
          <w:sz w:val="18"/>
          <w:szCs w:val="22"/>
        </w:rPr>
        <w:t xml:space="preserve"> </w:t>
      </w:r>
      <w:r>
        <w:rPr>
          <w:rFonts w:ascii="Liberation Sans" w:hAnsi="Liberation Sans" w:eastAsia="ＭＳ 明朝" w:cs="Liberation Sans" w:eastAsiaTheme="minorEastAsia" w:csTheme="minorBidi"/>
          <w:b/>
          <w:bCs/>
          <w:color w:val="25343B"/>
          <w:sz w:val="18"/>
          <w:szCs w:val="22"/>
        </w:rPr>
        <w:t>7 Best Business Plan Software</w:t>
      </w:r>
    </w:p>
    <w:p w14:paraId="6652CFD9">
      <w:pPr>
        <w:pStyle w:val="Archive"/>
      </w:pPr>
      <w:r>
        <w:rPr>
          <w:rFonts w:ascii="Liberation Sans" w:hAnsi="Liberation Sans" w:eastAsia="ＭＳ 明朝" w:cs="Liberation Sans" w:eastAsiaTheme="minorEastAsia" w:csTheme="minorBidi"/>
          <w:color w:val="25343B"/>
          <w:sz w:val="18"/>
          <w:szCs w:val="22"/>
        </w:rPr>
        <w:t>Real Estate Investment Business Plan Template</w:t>
      </w:r>
    </w:p>
    <w:p w14:paraId="58342B19">
      <w:pPr>
        <w:pStyle w:val="Archive"/>
      </w:pPr>
      <w:r>
        <w:rPr>
          <w:rFonts w:ascii="Liberation Sans" w:hAnsi="Liberation Sans" w:eastAsia="ＭＳ 明朝" w:cs="Liberation Sans" w:eastAsiaTheme="minorEastAsia" w:csTheme="minorBidi"/>
          <w:b/>
          <w:bCs/>
          <w:color w:val="25343B"/>
          <w:sz w:val="18"/>
          <w:szCs w:val="22"/>
        </w:rPr>
        <w:t>CUSTOMIZE THIS REAL ESTATE BUSINESS PLAN</w:t>
      </w:r>
    </w:p>
    <w:p w14:paraId="7BD31CAB">
      <w:pPr>
        <w:pStyle w:val="Archive"/>
      </w:pPr>
      <w:r>
        <w:rPr>
          <w:rFonts w:ascii="Liberation Sans" w:hAnsi="Liberation Sans" w:eastAsia="ＭＳ 明朝" w:cs="Liberation Sans" w:eastAsiaTheme="minorEastAsia" w:csTheme="minorBidi"/>
          <w:color w:val="25343B"/>
          <w:sz w:val="18"/>
          <w:szCs w:val="22"/>
        </w:rPr>
        <w:t>Photographic Real Estate Business Plan Template</w:t>
      </w:r>
    </w:p>
    <w:p w14:paraId="47D4B8C8">
      <w:pPr>
        <w:pStyle w:val="Archive"/>
      </w:pPr>
      <w:r>
        <w:rPr>
          <w:rFonts w:ascii="Liberation Sans" w:hAnsi="Liberation Sans" w:eastAsia="ＭＳ 明朝" w:cs="Liberation Sans" w:eastAsiaTheme="minorEastAsia" w:csTheme="minorBidi"/>
          <w:b/>
          <w:bCs/>
          <w:color w:val="25343B"/>
          <w:sz w:val="18"/>
          <w:szCs w:val="22"/>
        </w:rPr>
        <w:t>CUSTOMIZE THIS REAL ESTATE BUSINESS PLAN</w:t>
      </w:r>
    </w:p>
    <w:p w14:paraId="66F6E5C5">
      <w:pPr>
        <w:pStyle w:val="Archive"/>
      </w:pPr>
      <w:r>
        <w:rPr>
          <w:rFonts w:ascii="Liberation Sans" w:hAnsi="Liberation Sans" w:eastAsia="ＭＳ 明朝" w:cs="Liberation Sans" w:eastAsiaTheme="minorEastAsia" w:csTheme="minorBidi"/>
          <w:color w:val="25343B"/>
          <w:sz w:val="18"/>
          <w:szCs w:val="22"/>
        </w:rPr>
        <w:t>Real Estate Business Plan Template</w:t>
      </w:r>
    </w:p>
    <w:p w14:paraId="11A6E79A">
      <w:pPr>
        <w:pStyle w:val="Archive"/>
      </w:pPr>
      <w:r>
        <w:rPr>
          <w:rFonts w:ascii="Liberation Sans" w:hAnsi="Liberation Sans" w:eastAsia="ＭＳ 明朝" w:cs="Liberation Sans" w:eastAsiaTheme="minorEastAsia" w:csTheme="minorBidi"/>
          <w:b/>
          <w:bCs/>
          <w:color w:val="25343B"/>
          <w:sz w:val="18"/>
          <w:szCs w:val="22"/>
        </w:rPr>
        <w:t>CUSTOMIZE THIS REAL ESTATE BUSINESS PLAN</w:t>
      </w:r>
    </w:p>
    <w:p w14:paraId="562236A8">
      <w:pPr>
        <w:pStyle w:val="Archive"/>
      </w:pPr>
      <w:r>
        <w:rPr>
          <w:rFonts w:ascii="Liberation Sans" w:hAnsi="Liberation Sans" w:eastAsia="ＭＳ 明朝" w:cs="Liberation Sans" w:eastAsiaTheme="minorEastAsia" w:csTheme="minorBidi"/>
          <w:color w:val="25343B"/>
          <w:sz w:val="18"/>
          <w:szCs w:val="22"/>
        </w:rPr>
        <w:t>Commercial Development Project Plan Template</w:t>
      </w:r>
    </w:p>
    <w:p w14:paraId="7FD76875">
      <w:pPr>
        <w:pStyle w:val="Archive"/>
      </w:pPr>
      <w:r>
        <w:rPr>
          <w:rFonts w:ascii="Liberation Sans" w:hAnsi="Liberation Sans" w:eastAsia="ＭＳ 明朝" w:cs="Liberation Sans" w:eastAsiaTheme="minorEastAsia" w:csTheme="minorBidi"/>
          <w:b/>
          <w:bCs/>
          <w:color w:val="25343B"/>
          <w:sz w:val="18"/>
          <w:szCs w:val="22"/>
        </w:rPr>
        <w:t>CUSTOMIZE THIS REAL ESTATE BUSINESS PLAN</w:t>
      </w:r>
    </w:p>
    <w:p w14:paraId="453C46C8">
      <w:pPr>
        <w:pStyle w:val="Archive"/>
      </w:pPr>
      <w:r>
        <w:rPr>
          <w:rFonts w:ascii="Liberation Sans" w:hAnsi="Liberation Sans" w:eastAsia="ＭＳ 明朝" w:cs="Liberation Sans" w:eastAsiaTheme="minorEastAsia" w:csTheme="minorBidi"/>
          <w:color w:val="25343B"/>
          <w:sz w:val="18"/>
          <w:szCs w:val="22"/>
        </w:rPr>
        <w:t>Real estate partnership proposal template</w:t>
      </w:r>
    </w:p>
    <w:p w14:paraId="13299B94">
      <w:pPr>
        <w:pStyle w:val="Archive"/>
      </w:pPr>
      <w:r>
        <w:rPr>
          <w:rFonts w:ascii="Liberation Sans" w:hAnsi="Liberation Sans" w:eastAsia="ＭＳ 明朝" w:cs="Liberation Sans" w:eastAsiaTheme="minorEastAsia" w:csTheme="minorBidi"/>
          <w:b/>
          <w:bCs/>
          <w:color w:val="25343B"/>
          <w:sz w:val="18"/>
          <w:szCs w:val="22"/>
        </w:rPr>
        <w:t>CUSTOMIZE THIS REAL ESTATE BUSINESS PLAN</w:t>
      </w:r>
    </w:p>
    <w:p w14:paraId="383934E7">
      <w:pPr>
        <w:pStyle w:val="Archive"/>
      </w:pPr>
      <w:r>
        <w:rPr>
          <w:rFonts w:ascii="Liberation Sans" w:hAnsi="Liberation Sans" w:eastAsia="ＭＳ 明朝" w:cs="Liberation Sans" w:eastAsiaTheme="minorEastAsia" w:csTheme="minorBidi"/>
          <w:color w:val="25343B"/>
          <w:sz w:val="18"/>
          <w:szCs w:val="22"/>
        </w:rPr>
        <w:t>Diamond Architecture Business Plan Example Template</w:t>
      </w:r>
    </w:p>
    <w:p w14:paraId="7A99293A">
      <w:pPr>
        <w:pStyle w:val="Archive"/>
      </w:pPr>
      <w:r>
        <w:rPr>
          <w:rFonts w:ascii="Liberation Sans" w:hAnsi="Liberation Sans" w:eastAsia="ＭＳ 明朝" w:cs="Liberation Sans" w:eastAsiaTheme="minorEastAsia" w:csTheme="minorBidi"/>
          <w:b/>
          <w:bCs/>
          <w:color w:val="25343B"/>
          <w:sz w:val="18"/>
          <w:szCs w:val="22"/>
        </w:rPr>
        <w:t>CUSTOMIZE THIS REAL ESTATE BUSINESS PLAN</w:t>
      </w:r>
    </w:p>
    <w:p w14:paraId="2684EC48">
      <w:pPr>
        <w:pStyle w:val="Archive"/>
      </w:pPr>
      <w:r>
        <w:rPr>
          <w:rFonts w:ascii="Liberation Sans" w:hAnsi="Liberation Sans" w:eastAsia="ＭＳ 明朝" w:cs="Liberation Sans" w:eastAsiaTheme="minorEastAsia" w:csTheme="minorBidi"/>
          <w:color w:val="25343B"/>
          <w:sz w:val="18"/>
          <w:szCs w:val="22"/>
        </w:rPr>
        <w:t>Startup Business Plan Template</w:t>
      </w:r>
    </w:p>
    <w:p w14:paraId="29F0A3FB">
      <w:pPr>
        <w:pStyle w:val="Archive"/>
      </w:pPr>
      <w:r>
        <w:rPr>
          <w:rFonts w:ascii="Liberation Sans" w:hAnsi="Liberation Sans" w:eastAsia="ＭＳ 明朝" w:cs="Liberation Sans" w:eastAsiaTheme="minorEastAsia" w:csTheme="minorBidi"/>
          <w:b/>
          <w:bCs/>
          <w:color w:val="25343B"/>
          <w:sz w:val="18"/>
          <w:szCs w:val="22"/>
        </w:rPr>
        <w:t>CUSTOMIZE THIS REAL ESTATE BUSINESS PLAN</w:t>
      </w:r>
    </w:p>
    <w:p w14:paraId="6EA3E9D5">
      <w:pPr>
        <w:pStyle w:val="Archive"/>
      </w:pPr>
      <w:r>
        <w:rPr>
          <w:rFonts w:ascii="Liberation Sans" w:hAnsi="Liberation Sans" w:eastAsia="ＭＳ 明朝" w:cs="Liberation Sans" w:eastAsiaTheme="minorEastAsia" w:csTheme="minorBidi"/>
          <w:b/>
          <w:bCs/>
          <w:color w:val="25343B"/>
          <w:sz w:val="18"/>
          <w:szCs w:val="22"/>
        </w:rPr>
        <w:t>Related:</w:t>
      </w:r>
      <w:r>
        <w:rPr>
          <w:rFonts w:ascii="Liberation Sans" w:hAnsi="Liberation Sans" w:eastAsia="ＭＳ 明朝" w:cs="Liberation Sans" w:eastAsiaTheme="minorEastAsia" w:csTheme="minorBidi"/>
          <w:color w:val="25343B"/>
          <w:sz w:val="18"/>
          <w:szCs w:val="22"/>
        </w:rPr>
        <w:t xml:space="preserve"> </w:t>
      </w:r>
      <w:r>
        <w:rPr>
          <w:rFonts w:ascii="Liberation Sans" w:hAnsi="Liberation Sans" w:eastAsia="ＭＳ 明朝" w:cs="Liberation Sans" w:eastAsiaTheme="minorEastAsia" w:csTheme="minorBidi"/>
          <w:b/>
          <w:bCs/>
          <w:color w:val="25343B"/>
          <w:sz w:val="18"/>
          <w:szCs w:val="22"/>
        </w:rPr>
        <w:t>15+ Business Plan Examples to Win Your Next Round of Funding</w:t>
      </w:r>
    </w:p>
    <w:p w14:paraId="5110A627">
      <w:pPr>
        <w:pStyle w:val="Archive"/>
      </w:pPr>
      <w:r>
        <w:rPr>
          <w:rFonts w:ascii="Liberation Sans" w:hAnsi="Liberation Sans" w:eastAsia="ＭＳ 明朝" w:cs="Liberation Sans" w:eastAsiaTheme="minorEastAsia" w:csTheme="minorBidi"/>
          <w:b/>
          <w:bCs/>
          <w:color w:val="25343B"/>
          <w:sz w:val="18"/>
          <w:szCs w:val="22"/>
        </w:rPr>
        <w:t>START CREATING A REAL ESTATE BUSINESS PLAN NOW</w:t>
      </w:r>
    </w:p>
    <w:p w14:paraId="6B89EB29">
      <w:pPr>
        <w:pStyle w:val="Archive"/>
      </w:pPr>
      <w:r>
        <w:rPr>
          <w:rFonts w:ascii="Liberation Sans" w:hAnsi="Liberation Sans" w:eastAsia="ＭＳ 明朝" w:cs="Liberation Sans" w:eastAsiaTheme="minorEastAsia" w:csTheme="minorBidi"/>
          <w:color w:val="25343B"/>
          <w:sz w:val="18"/>
          <w:szCs w:val="22"/>
        </w:rPr>
        <w:t>Discover popular designs</w:t>
      </w:r>
    </w:p>
    <w:p w14:paraId="57776C75">
      <w:pPr>
        <w:pStyle w:val="Archive"/>
      </w:pPr>
      <w:r>
        <w:rPr>
          <w:rFonts w:ascii="Liberation Sans" w:hAnsi="Liberation Sans" w:eastAsia="ＭＳ 明朝" w:cs="Liberation Sans" w:eastAsiaTheme="minorEastAsia" w:csTheme="minorBidi"/>
          <w:color w:val="25343B"/>
          <w:sz w:val="18"/>
          <w:szCs w:val="22"/>
        </w:rPr>
        <w:t xml:space="preserve">Infographic maker  |  Brochure maker  |  White paper online  |  Newsletter creator  |  Flyer maker  |  Timeline maker  |  Letterhead maker  |  Mind map maker  |  Ebook maker</w:t>
      </w:r>
    </w:p>
    <w:sectPr>
      <w:footerReference w:type="default" r:id="rId9"/>
      <w:pgSz w:w="11905" w:h="16838"/>
      <w:pgMar w:top="1008" w:right="1080" w:bottom="1008" w:left="1080" w:header="403" w:footer="432"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ne="http://schemas.microsoft.com/office/word/2006/wordml" xmlns:wpg="http://schemas.microsoft.com/office/word/2010/wordprocessingGroup" xmlns:wps="http://schemas.microsoft.com/office/word/2010/wordprocessingShape">
  <w:p>
    <w:pPr>
      <w:pStyle w:val="Footer"/>
      <w:jc w:val="right"/>
    </w:pPr>
    <w:r>
      <w:rPr>
        <w:rFonts w:ascii="Liberation Sans" w:hAnsi="Liberation Sans"/>
        <w:color w:val="5A6870"/>
        <w:sz w:val="16"/>
      </w:rPr>
      <w:t xml:space="preserve">Property business planning  |  </w:t>
    </w:r>
    <w:r>
      <w:fldChar w:fldCharType="begin"/>
    </w:r>
    <w:r>
      <w:instrText>PAGE</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Liberation Sans" w:hAnsi="Liberation Sans"/>
      <w:color w:val="25343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Liberation Sans" w:hAnsi="Liberation Sans"/>
      <w:b/>
      <w:bCs/>
      <w:color w:val="17384A"/>
      <w:sz w:val="4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Liberation Sans" w:hAnsi="Liberation Sans"/>
      <w:b/>
      <w:bCs/>
      <w:color w:val="326A74"/>
      <w:sz w:val="28"/>
      <w:szCs w:val="26"/>
    </w:rPr>
  </w:style>
  <w:style w:type="paragraph" w:styleId="Heading3">
    <w:name w:val="heading 3"/>
    <w:basedOn w:val="Normal"/>
    <w:next w:val="Normal"/>
    <w:link w:val="Heading3Char"/>
    <w:uiPriority w:val="9"/>
    <w:unhideWhenUsed/>
    <w:qFormat/>
    <w:rsid w:val="00FC693F"/>
    <w:pPr>
      <w:keepNext/>
      <w:keepLines/>
      <w:spacing w:before="260" w:after="120"/>
      <w:outlineLvl w:val="2"/>
    </w:pPr>
    <w:rPr>
      <w:rFonts w:asciiTheme="majorHAnsi" w:eastAsiaTheme="majorEastAsia" w:hAnsiTheme="majorHAnsi" w:cstheme="majorBidi" w:ascii="Liberation Sans" w:hAnsi="Liberation Sans"/>
      <w:b/>
      <w:bCs/>
      <w:color w:val="17384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120" w:line="240" w:lineRule="auto" w:before="0"/>
      <w:contextualSpacing/>
    </w:pPr>
    <w:rPr>
      <w:rFonts w:asciiTheme="majorHAnsi" w:eastAsiaTheme="majorEastAsia" w:hAnsiTheme="majorHAnsi" w:cstheme="majorBidi" w:ascii="Liberation Sans" w:hAnsi="Liberation Sans"/>
      <w:b/>
      <w:color w:val="17384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260" w:after="120"/>
    </w:pPr>
    <w:rPr>
      <w:rFonts w:asciiTheme="majorHAnsi" w:eastAsiaTheme="majorEastAsia" w:hAnsiTheme="majorHAnsi" w:cstheme="majorBidi" w:ascii="Liberation Sans" w:hAnsi="Liberation Sans"/>
      <w:b w:val="0"/>
      <w:i/>
      <w:iCs/>
      <w:color w:val="326A74"/>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20" w:line="269" w:lineRule="auto"/>
    </w:pPr>
    <w:rPr>
      <w:rFonts w:ascii="Liberation Sans" w:hAnsi="Liberation Sans"/>
      <w:color w:val="25343B"/>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69" w:lineRule="auto" w:after="80"/>
      <w:ind w:left="245" w:hanging="173"/>
      <w:contextualSpacing/>
    </w:pPr>
    <w:rPr>
      <w:rFonts w:ascii="Liberation Sans" w:hAnsi="Liberation Sans"/>
      <w:color w:val="25343B"/>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line="269" w:lineRule="auto" w:after="120"/>
      <w:ind w:left="360" w:hanging="317"/>
      <w:contextualSpacing/>
    </w:pPr>
    <w:rPr>
      <w:rFonts w:ascii="Liberation Sans" w:hAnsi="Liberation Sans"/>
      <w:color w:val="25343B"/>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Label">
    <w:name w:val="Source Label"/>
    <w:basedOn w:val="Normal"/>
    <w:pPr>
      <w:keepNext/>
      <w:spacing w:after="80" w:line="259" w:lineRule="auto" w:before="0"/>
    </w:pPr>
    <w:rPr>
      <w:rFonts w:ascii="Liberation Sans" w:hAnsi="Liberation Sans"/>
      <w:b/>
      <w:color w:val="326A74"/>
      <w:sz w:val="18"/>
    </w:rPr>
  </w:style>
  <w:style w:type="paragraph" w:customStyle="1" w:styleId="SourceNote">
    <w:name w:val="Source Note"/>
    <w:basedOn w:val="Normal"/>
    <w:pPr>
      <w:spacing w:after="80" w:line="259" w:lineRule="auto"/>
    </w:pPr>
    <w:rPr>
      <w:rFonts w:ascii="Liberation Sans" w:hAnsi="Liberation Sans"/>
      <w:i/>
      <w:color w:val="5A6870"/>
      <w:sz w:val="18"/>
    </w:rPr>
  </w:style>
  <w:style w:type="paragraph" w:customStyle="1" w:styleId="Archive">
    <w:name w:val="Archive"/>
    <w:basedOn w:val="Normal"/>
    <w:pPr>
      <w:spacing w:after="80" w:line="259" w:lineRule="auto"/>
    </w:pPr>
    <w:rPr>
      <w:rFonts w:ascii="Liberation Sans" w:hAnsi="Liberation Sans"/>
      <w:color w:val="25343B"/>
      <w:sz w:val="18"/>
    </w:rPr>
  </w:style>
  <w:style w:type="paragraph" w:customStyle="1" w:styleId="ArchiveHeading">
    <w:name w:val="Archive Heading"/>
    <w:basedOn w:val="Normal"/>
    <w:pPr>
      <w:keepNext/>
      <w:spacing w:after="80" w:line="259" w:lineRule="auto" w:before="180"/>
    </w:pPr>
    <w:rPr>
      <w:rFonts w:ascii="Liberation Sans" w:hAnsi="Liberation Sans"/>
      <w:b/>
      <w:color w:val="17384A"/>
      <w:sz w:val="21"/>
    </w:rPr>
  </w:style>
  <w:style w:type="paragraph" w:customStyle="1" w:styleId="TableText">
    <w:name w:val="Table Text"/>
    <w:basedOn w:val="Normal"/>
    <w:pPr>
      <w:spacing w:after="40" w:line="259" w:lineRule="auto"/>
    </w:pPr>
    <w:rPr>
      <w:rFonts w:ascii="Liberation Sans" w:hAnsi="Liberation Sans"/>
      <w:color w:val="25343B"/>
      <w:sz w:val="18"/>
    </w:rPr>
  </w:style>
  <w:style w:type="paragraph" w:customStyle="1" w:styleId="ContentsText">
    <w:name w:val="Contents Text"/>
    <w:basedOn w:val="Normal"/>
    <w:pPr>
      <w:spacing w:after="80" w:line="259" w:lineRule="auto"/>
    </w:pPr>
    <w:rPr>
      <w:rFonts w:ascii="Liberation Sans" w:hAnsi="Liberation Sans"/>
      <w:color w:val="25343B"/>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Development and Real Estate Business Planning - Combined Source Reference</dc:title>
  <dc:subject>Five complete source documents, with website material in an appendix</dc:subject>
  <dc:creator/>
  <cp:keywords>property development, real estate, business planning, feasibility, financial projections</cp:keywords>
  <dc:description>generated by python-docx</dc:description>
  <cp:lastModifiedBy/>
  <cp:revision>1</cp:revision>
  <dcterms:created xsi:type="dcterms:W3CDTF">2013-12-23T23:15:00Z</dcterms:created>
  <dcterms:modified xsi:type="dcterms:W3CDTF">2026-09-14T08:09:19.051Z</dcterms:modified>
  <cp:category/>
</cp:coreProperties>
</file>